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D4240" w14:textId="4CCD1268" w:rsidR="003C4980" w:rsidRDefault="003C4980" w:rsidP="00576014">
      <w:pPr>
        <w:pStyle w:val="Title"/>
        <w:rPr>
          <w:rFonts w:asciiTheme="minorHAnsi" w:hAnsiTheme="minorHAnsi"/>
          <w:b/>
          <w:bCs/>
          <w:noProof/>
          <w:sz w:val="32"/>
          <w:szCs w:val="32"/>
          <w:lang w:val="ro-MD"/>
        </w:rPr>
      </w:pPr>
      <w:r>
        <w:rPr>
          <w:rFonts w:asciiTheme="minorHAnsi" w:hAnsiTheme="minorHAnsi"/>
          <w:b/>
          <w:bCs/>
          <w:noProof/>
          <w:sz w:val="32"/>
          <w:szCs w:val="32"/>
          <w:lang w:val="ro-MD"/>
        </w:rPr>
        <w:drawing>
          <wp:anchor distT="0" distB="0" distL="114300" distR="114300" simplePos="0" relativeHeight="251658240" behindDoc="1" locked="0" layoutInCell="1" allowOverlap="1" wp14:anchorId="34332586" wp14:editId="12EC52FD">
            <wp:simplePos x="0" y="0"/>
            <wp:positionH relativeFrom="margin">
              <wp:posOffset>-353695</wp:posOffset>
            </wp:positionH>
            <wp:positionV relativeFrom="page">
              <wp:posOffset>114300</wp:posOffset>
            </wp:positionV>
            <wp:extent cx="6705600" cy="1866900"/>
            <wp:effectExtent l="0" t="0" r="0" b="0"/>
            <wp:wrapTight wrapText="bothSides">
              <wp:wrapPolygon edited="0">
                <wp:start x="0" y="0"/>
                <wp:lineTo x="0" y="21380"/>
                <wp:lineTo x="21539" y="21380"/>
                <wp:lineTo x="2153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560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0C3AE4" w14:textId="298B7DFE" w:rsidR="004D4CFD" w:rsidRPr="008F3F31" w:rsidRDefault="00460E31" w:rsidP="00576014">
      <w:pPr>
        <w:pStyle w:val="Title"/>
        <w:rPr>
          <w:rFonts w:asciiTheme="minorHAnsi" w:hAnsiTheme="minorHAnsi"/>
          <w:color w:val="595959" w:themeColor="text1" w:themeTint="A6"/>
          <w:sz w:val="24"/>
          <w:szCs w:val="24"/>
          <w:lang w:val="ro-MD"/>
        </w:rPr>
      </w:pPr>
      <w:r w:rsidRPr="008F3F31">
        <w:rPr>
          <w:rFonts w:asciiTheme="minorHAnsi" w:hAnsiTheme="minorHAnsi"/>
          <w:b/>
          <w:color w:val="595959" w:themeColor="text1" w:themeTint="A6"/>
          <w:sz w:val="24"/>
          <w:szCs w:val="24"/>
          <w:lang w:val="ro-MD"/>
        </w:rPr>
        <w:t>Rezultate principale și analiză tematică</w:t>
      </w:r>
    </w:p>
    <w:p w14:paraId="423C4413" w14:textId="3C024B59" w:rsidR="004D4CFD" w:rsidRPr="008F3F31" w:rsidRDefault="00460E31" w:rsidP="00576014">
      <w:pPr>
        <w:keepNext/>
        <w:spacing w:after="180"/>
        <w:jc w:val="both"/>
        <w:rPr>
          <w:rFonts w:asciiTheme="minorHAnsi" w:hAnsiTheme="minorHAnsi"/>
          <w:color w:val="595959" w:themeColor="text1" w:themeTint="A6"/>
          <w:sz w:val="24"/>
          <w:szCs w:val="24"/>
          <w:lang w:val="ro-MD"/>
        </w:rPr>
      </w:pPr>
      <w:r w:rsidRPr="008F3F31">
        <w:rPr>
          <w:rFonts w:asciiTheme="minorHAnsi" w:hAnsiTheme="minorHAnsi"/>
          <w:b/>
          <w:color w:val="595959" w:themeColor="text1" w:themeTint="A6"/>
          <w:sz w:val="24"/>
          <w:szCs w:val="24"/>
          <w:lang w:val="ro-MD"/>
        </w:rPr>
        <w:t>Rezultatele conturează o societate preocupată în primul rând de costul vieții, securitate și viitorul copiilor. Evaluările economiei și ale funcționării instituțiilor sunt predominant critice, în timp ce integrarea europeană are un sprijin majoritar, dar este însoțită de așteptări prudente și de percepția unor obstacole serioase.</w:t>
      </w:r>
    </w:p>
    <w:p w14:paraId="1D0C6180" w14:textId="77777777" w:rsidR="004D4CFD" w:rsidRPr="0031052E" w:rsidRDefault="00460E31">
      <w:pPr>
        <w:pStyle w:val="Heading1"/>
        <w:rPr>
          <w:rFonts w:asciiTheme="minorHAnsi" w:hAnsiTheme="minorHAnsi"/>
          <w:sz w:val="24"/>
          <w:szCs w:val="24"/>
          <w:lang w:val="ro-MD"/>
        </w:rPr>
      </w:pPr>
      <w:r w:rsidRPr="0031052E">
        <w:rPr>
          <w:rFonts w:asciiTheme="minorHAnsi" w:hAnsiTheme="minorHAnsi"/>
          <w:sz w:val="24"/>
          <w:szCs w:val="24"/>
          <w:lang w:val="ro-MD"/>
        </w:rPr>
        <w:t>CALITATEA VIEȚII ȘI SITUAȚIA SOCIALĂ</w:t>
      </w:r>
    </w:p>
    <w:p w14:paraId="7F0521BF" w14:textId="071FA322" w:rsidR="004D4CFD" w:rsidRPr="008F3F31" w:rsidRDefault="00460E31">
      <w:pPr>
        <w:pStyle w:val="Heading2"/>
        <w:rPr>
          <w:rFonts w:asciiTheme="minorHAnsi" w:hAnsiTheme="minorHAnsi"/>
          <w:sz w:val="24"/>
          <w:szCs w:val="24"/>
          <w:lang w:val="ro-MD"/>
        </w:rPr>
      </w:pPr>
      <w:r w:rsidRPr="008F3F31">
        <w:rPr>
          <w:rFonts w:asciiTheme="minorHAnsi" w:hAnsiTheme="minorHAnsi"/>
          <w:sz w:val="24"/>
          <w:szCs w:val="24"/>
          <w:lang w:val="ro-MD"/>
        </w:rPr>
        <w:t>Prețurile, războiul și viitorul copiilor domină îngrijorările</w:t>
      </w:r>
    </w:p>
    <w:p w14:paraId="02EC89B6" w14:textId="77777777" w:rsidR="004D4CFD" w:rsidRPr="004C7437" w:rsidRDefault="00460E31">
      <w:pPr>
        <w:jc w:val="both"/>
        <w:rPr>
          <w:rFonts w:asciiTheme="minorHAnsi" w:hAnsiTheme="minorHAnsi"/>
          <w:sz w:val="24"/>
          <w:szCs w:val="24"/>
        </w:rPr>
      </w:pPr>
      <w:r w:rsidRPr="008F3F31">
        <w:rPr>
          <w:rFonts w:asciiTheme="minorHAnsi" w:hAnsiTheme="minorHAnsi"/>
          <w:sz w:val="24"/>
          <w:szCs w:val="24"/>
          <w:lang w:val="ro-MD"/>
        </w:rPr>
        <w:t>Principalele îngrijorări ale cetățenilor sunt legate de prețuri, menționate de 49,3% dintre respondenți, de riscul unui război în zonă (43,8%) și de viitorul copiilor (41,4%). Corupția preocupă 34,0% dintre respondenți, iar sărăcia – 29,9%. Urmează migrația persoanelor venite în căutarea unui loc de muncă în Republica Moldova (20,5%), șomajul (17,9%) și criminalitatea (13,8%). Respondenții au putut indica până la trei îngrijorări.</w:t>
      </w:r>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476BBF31"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Satisfacția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față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viață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rămâne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moderată</w:t>
      </w:r>
      <w:proofErr w:type="spellEnd"/>
    </w:p>
    <w:p w14:paraId="0B929DDD"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ansamblu</w:t>
      </w:r>
      <w:proofErr w:type="spellEnd"/>
      <w:r w:rsidRPr="004C7437">
        <w:rPr>
          <w:rFonts w:asciiTheme="minorHAnsi" w:hAnsiTheme="minorHAnsi"/>
          <w:sz w:val="24"/>
          <w:szCs w:val="24"/>
        </w:rPr>
        <w:t xml:space="preserve">, 38,3%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destul</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felul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care </w:t>
      </w:r>
      <w:proofErr w:type="spellStart"/>
      <w:r w:rsidRPr="004C7437">
        <w:rPr>
          <w:rFonts w:asciiTheme="minorHAnsi" w:hAnsiTheme="minorHAnsi"/>
          <w:sz w:val="24"/>
          <w:szCs w:val="24"/>
        </w:rPr>
        <w:t>trăiesc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treime</w:t>
      </w:r>
      <w:proofErr w:type="spellEnd"/>
      <w:r w:rsidRPr="004C7437">
        <w:rPr>
          <w:rFonts w:asciiTheme="minorHAnsi" w:hAnsiTheme="minorHAnsi"/>
          <w:sz w:val="24"/>
          <w:szCs w:val="24"/>
        </w:rPr>
        <w:t xml:space="preserve">, 30,2%, sunt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30,9% nu se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Locuința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aspectul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bine </w:t>
      </w:r>
      <w:proofErr w:type="spellStart"/>
      <w:r w:rsidRPr="004C7437">
        <w:rPr>
          <w:rFonts w:asciiTheme="minorHAnsi" w:hAnsiTheme="minorHAnsi"/>
          <w:sz w:val="24"/>
          <w:szCs w:val="24"/>
        </w:rPr>
        <w:t>evaluat</w:t>
      </w:r>
      <w:proofErr w:type="spellEnd"/>
      <w:r w:rsidRPr="004C7437">
        <w:rPr>
          <w:rFonts w:asciiTheme="minorHAnsi" w:hAnsiTheme="minorHAnsi"/>
          <w:sz w:val="24"/>
          <w:szCs w:val="24"/>
        </w:rPr>
        <w:t xml:space="preserve">: 82,9% sunt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condițiile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locuit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Niveluri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ridicate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satisfacție</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înregistrează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curățenia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îngrijirea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localității</w:t>
      </w:r>
      <w:proofErr w:type="spellEnd"/>
      <w:r w:rsidRPr="004C7437">
        <w:rPr>
          <w:rFonts w:asciiTheme="minorHAnsi" w:hAnsiTheme="minorHAnsi"/>
          <w:sz w:val="24"/>
          <w:szCs w:val="24"/>
        </w:rPr>
        <w:t xml:space="preserve"> (68,8%), transport (59,9%)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educația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primită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copii</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școală</w:t>
      </w:r>
      <w:proofErr w:type="spellEnd"/>
      <w:r w:rsidRPr="004C7437">
        <w:rPr>
          <w:rFonts w:asciiTheme="minorHAnsi" w:hAnsiTheme="minorHAnsi"/>
          <w:sz w:val="24"/>
          <w:szCs w:val="24"/>
        </w:rPr>
        <w:t xml:space="preserve"> (57,1%).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cazul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asistenței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medicale</w:t>
      </w:r>
      <w:proofErr w:type="spellEnd"/>
      <w:r w:rsidRPr="004C7437">
        <w:rPr>
          <w:rFonts w:asciiTheme="minorHAnsi" w:hAnsiTheme="minorHAnsi"/>
          <w:sz w:val="24"/>
          <w:szCs w:val="24"/>
        </w:rPr>
        <w:t xml:space="preserve">, 51,9% sunt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45,6%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Banii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disponibili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reprezintă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vulnerabilă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dimensiune</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vieții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cotidiene</w:t>
      </w:r>
      <w:proofErr w:type="spellEnd"/>
      <w:r w:rsidRPr="004C7437">
        <w:rPr>
          <w:rFonts w:asciiTheme="minorHAnsi" w:hAnsiTheme="minorHAnsi"/>
          <w:sz w:val="24"/>
          <w:szCs w:val="24"/>
        </w:rPr>
        <w:t xml:space="preserve">: 64,1% sunt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resursele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financiare</w:t>
      </w:r>
      <w:proofErr w:type="spellEnd"/>
      <w:r w:rsidRPr="004C7437">
        <w:rPr>
          <w:rFonts w:asciiTheme="minorHAnsi" w:hAnsiTheme="minorHAnsi"/>
          <w:sz w:val="24"/>
          <w:szCs w:val="24"/>
        </w:rPr>
        <w:t xml:space="preserve"> pe care le au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35,0%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w:t>
      </w:r>
    </w:p>
    <w:p w14:paraId="12BED059"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Veniturile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acoperă</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greu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necesitățile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bază</w:t>
      </w:r>
      <w:proofErr w:type="spellEnd"/>
    </w:p>
    <w:p w14:paraId="3D4BAE7D"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două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treimi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gospodării</w:t>
      </w:r>
      <w:proofErr w:type="spellEnd"/>
      <w:r w:rsidRPr="004C7437">
        <w:rPr>
          <w:rFonts w:asciiTheme="minorHAnsi" w:hAnsiTheme="minorHAnsi"/>
          <w:sz w:val="24"/>
          <w:szCs w:val="24"/>
        </w:rPr>
        <w:t xml:space="preserve">, 63,1%,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veniturile</w:t>
      </w:r>
      <w:proofErr w:type="spellEnd"/>
      <w:r w:rsidRPr="004C7437">
        <w:rPr>
          <w:rFonts w:asciiTheme="minorHAnsi" w:hAnsiTheme="minorHAnsi"/>
          <w:sz w:val="24"/>
          <w:szCs w:val="24"/>
        </w:rPr>
        <w:t xml:space="preserve"> nu le </w:t>
      </w:r>
      <w:proofErr w:type="spellStart"/>
      <w:r w:rsidRPr="004C7437">
        <w:rPr>
          <w:rFonts w:asciiTheme="minorHAnsi" w:hAnsiTheme="minorHAnsi"/>
          <w:sz w:val="24"/>
          <w:szCs w:val="24"/>
        </w:rPr>
        <w:t>ajung</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decât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strictul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măcar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acesta</w:t>
      </w:r>
      <w:proofErr w:type="spellEnd"/>
      <w:r w:rsidRPr="004C7437">
        <w:rPr>
          <w:rFonts w:asciiTheme="minorHAnsi" w:hAnsiTheme="minorHAnsi"/>
          <w:sz w:val="24"/>
          <w:szCs w:val="24"/>
        </w:rPr>
        <w:t xml:space="preserve">. Mai exact, 23,3% nu pot </w:t>
      </w:r>
      <w:proofErr w:type="spellStart"/>
      <w:r w:rsidRPr="004C7437">
        <w:rPr>
          <w:rFonts w:asciiTheme="minorHAnsi" w:hAnsiTheme="minorHAnsi"/>
          <w:sz w:val="24"/>
          <w:szCs w:val="24"/>
        </w:rPr>
        <w:t>acoperi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strictul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39,8% </w:t>
      </w:r>
      <w:proofErr w:type="spellStart"/>
      <w:r w:rsidRPr="004C7437">
        <w:rPr>
          <w:rFonts w:asciiTheme="minorHAnsi" w:hAnsiTheme="minorHAnsi"/>
          <w:sz w:val="24"/>
          <w:szCs w:val="24"/>
        </w:rPr>
        <w:t>reușesc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acopere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nevoile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bază</w:t>
      </w:r>
      <w:proofErr w:type="spellEnd"/>
      <w:r w:rsidRPr="004C7437">
        <w:rPr>
          <w:rFonts w:asciiTheme="minorHAnsi" w:hAnsiTheme="minorHAnsi"/>
          <w:sz w:val="24"/>
          <w:szCs w:val="24"/>
        </w:rPr>
        <w:t xml:space="preserve">. Alte 24,1% </w:t>
      </w:r>
      <w:proofErr w:type="spellStart"/>
      <w:r w:rsidRPr="004C7437">
        <w:rPr>
          <w:rFonts w:asciiTheme="minorHAnsi" w:hAnsiTheme="minorHAnsi"/>
          <w:sz w:val="24"/>
          <w:szCs w:val="24"/>
        </w:rPr>
        <w:t>își</w:t>
      </w:r>
      <w:proofErr w:type="spellEnd"/>
      <w:r w:rsidRPr="004C7437">
        <w:rPr>
          <w:rFonts w:asciiTheme="minorHAnsi" w:hAnsiTheme="minorHAnsi"/>
          <w:sz w:val="24"/>
          <w:szCs w:val="24"/>
        </w:rPr>
        <w:t xml:space="preserve"> permit un </w:t>
      </w:r>
      <w:proofErr w:type="spellStart"/>
      <w:r w:rsidRPr="004C7437">
        <w:rPr>
          <w:rFonts w:asciiTheme="minorHAnsi" w:hAnsiTheme="minorHAnsi"/>
          <w:sz w:val="24"/>
          <w:szCs w:val="24"/>
        </w:rPr>
        <w:t>trai</w:t>
      </w:r>
      <w:proofErr w:type="spellEnd"/>
      <w:r w:rsidRPr="004C7437">
        <w:rPr>
          <w:rFonts w:asciiTheme="minorHAnsi" w:hAnsiTheme="minorHAnsi"/>
          <w:sz w:val="24"/>
          <w:szCs w:val="24"/>
        </w:rPr>
        <w:t xml:space="preserve"> decent, </w:t>
      </w:r>
      <w:proofErr w:type="spellStart"/>
      <w:r w:rsidRPr="004C7437">
        <w:rPr>
          <w:rFonts w:asciiTheme="minorHAnsi" w:hAnsiTheme="minorHAnsi"/>
          <w:sz w:val="24"/>
          <w:szCs w:val="24"/>
        </w:rPr>
        <w:t>dar</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scumpe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Doar</w:t>
      </w:r>
      <w:proofErr w:type="spellEnd"/>
      <w:r w:rsidRPr="004C7437">
        <w:rPr>
          <w:rFonts w:asciiTheme="minorHAnsi" w:hAnsiTheme="minorHAnsi"/>
          <w:sz w:val="24"/>
          <w:szCs w:val="24"/>
        </w:rPr>
        <w:t xml:space="preserve"> 3,3% </w:t>
      </w:r>
      <w:proofErr w:type="spellStart"/>
      <w:r w:rsidRPr="004C7437">
        <w:rPr>
          <w:rFonts w:asciiTheme="minorHAnsi" w:hAnsiTheme="minorHAnsi"/>
          <w:sz w:val="24"/>
          <w:szCs w:val="24"/>
        </w:rPr>
        <w:t>afirmă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au tot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le </w:t>
      </w:r>
      <w:proofErr w:type="spellStart"/>
      <w:r w:rsidRPr="004C7437">
        <w:rPr>
          <w:rFonts w:asciiTheme="minorHAnsi" w:hAnsiTheme="minorHAnsi"/>
          <w:sz w:val="24"/>
          <w:szCs w:val="24"/>
        </w:rPr>
        <w:t>trebuie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fără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limiteze</w:t>
      </w:r>
      <w:proofErr w:type="spellEnd"/>
      <w:r w:rsidRPr="004C7437">
        <w:rPr>
          <w:rFonts w:asciiTheme="minorHAnsi" w:hAnsiTheme="minorHAnsi"/>
          <w:sz w:val="24"/>
          <w:szCs w:val="24"/>
        </w:rPr>
        <w:t>.</w:t>
      </w:r>
    </w:p>
    <w:p w14:paraId="1B71C82E" w14:textId="75E3410B"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Energia și alimentele pun cea mai mare presiune pe bugetele gospodăriilor</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r w:rsidR="00D1783D">
        <w:rPr>
          <w:rFonts w:asciiTheme="minorHAnsi" w:hAnsiTheme="minorHAnsi"/>
          <w:sz w:val="24"/>
          <w:szCs w:val="24"/>
        </w:rPr>
      </w:r>
      <w:proofErr w:type="spellStart"/>
      <w:r w:rsidR="00D1783D">
        <w:rPr>
          <w:rFonts w:asciiTheme="minorHAnsi" w:hAnsiTheme="minorHAnsi"/>
          <w:sz w:val="24"/>
          <w:szCs w:val="24"/>
        </w:rPr>
      </w:r>
      <w:proofErr w:type="spellEnd"/>
      <w:r w:rsidR="00D1783D">
        <w:rPr>
          <w:rFonts w:asciiTheme="minorHAnsi" w:hAnsiTheme="minorHAnsi"/>
          <w:sz w:val="24"/>
          <w:szCs w:val="24"/>
        </w:rPr>
      </w:r>
      <w:proofErr w:type="spellStart"/>
      <w:r w:rsidR="00D1783D">
        <w:rPr>
          <w:rFonts w:asciiTheme="minorHAnsi" w:hAnsiTheme="minorHAnsi"/>
          <w:sz w:val="24"/>
          <w:szCs w:val="24"/>
        </w:rPr>
      </w:r>
      <w:proofErr w:type="spellEnd"/>
      <w:r w:rsidR="00D1783D">
        <w:rPr>
          <w:rFonts w:asciiTheme="minorHAnsi" w:hAnsiTheme="minorHAnsi"/>
          <w:sz w:val="24"/>
          <w:szCs w:val="24"/>
        </w:rPr>
      </w:r>
      <w:proofErr w:type="spellStart"/>
      <w:r w:rsidR="00D1783D">
        <w:rPr>
          <w:rFonts w:asciiTheme="minorHAnsi" w:hAnsiTheme="minorHAnsi"/>
          <w:sz w:val="24"/>
          <w:szCs w:val="24"/>
        </w:rPr>
      </w:r>
      <w:proofErr w:type="spellEnd"/>
      <w:r w:rsidR="00D1783D">
        <w:rPr>
          <w:rFonts w:asciiTheme="minorHAnsi" w:hAnsiTheme="minorHAnsi"/>
          <w:sz w:val="24"/>
          <w:szCs w:val="24"/>
        </w:rPr>
      </w:r>
      <w:proofErr w:type="spellStart"/>
      <w:r w:rsidR="00D1783D">
        <w:rPr>
          <w:rFonts w:asciiTheme="minorHAnsi" w:hAnsiTheme="minorHAnsi"/>
          <w:sz w:val="24"/>
          <w:szCs w:val="24"/>
        </w:rPr>
      </w:r>
      <w:proofErr w:type="spellEnd"/>
      <w:r w:rsidR="00D1783D">
        <w:rPr>
          <w:rFonts w:asciiTheme="minorHAnsi" w:hAnsiTheme="minorHAnsi"/>
          <w:sz w:val="24"/>
          <w:szCs w:val="24"/>
        </w:rPr>
      </w:r>
      <w:proofErr w:type="spellStart"/>
      <w:r w:rsidR="00D1783D">
        <w:rPr>
          <w:rFonts w:asciiTheme="minorHAnsi" w:hAnsiTheme="minorHAnsi"/>
          <w:sz w:val="24"/>
          <w:szCs w:val="24"/>
        </w:rPr>
      </w:r>
      <w:proofErr w:type="spellEnd"/>
    </w:p>
    <w:p w14:paraId="021E4259" w14:textId="77777777" w:rsidR="004C7437"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Cheltuielile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energie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electrică</w:t>
      </w:r>
      <w:proofErr w:type="spellEnd"/>
      <w:r w:rsidRPr="004C7437">
        <w:rPr>
          <w:rFonts w:asciiTheme="minorHAnsi" w:hAnsiTheme="minorHAnsi"/>
          <w:sz w:val="24"/>
          <w:szCs w:val="24"/>
        </w:rPr>
        <w:t xml:space="preserve">, gaze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încălzire</w:t>
      </w:r>
      <w:proofErr w:type="spellEnd"/>
      <w:r w:rsidRPr="004C7437">
        <w:rPr>
          <w:rFonts w:asciiTheme="minorHAnsi" w:hAnsiTheme="minorHAnsi"/>
          <w:sz w:val="24"/>
          <w:szCs w:val="24"/>
        </w:rPr>
        <w:t xml:space="preserve"> sunt indicate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povară</w:t>
      </w:r>
      <w:proofErr w:type="spellEnd"/>
      <w:r w:rsidRPr="004C7437">
        <w:rPr>
          <w:rFonts w:asciiTheme="minorHAnsi" w:hAnsiTheme="minorHAnsi"/>
          <w:sz w:val="24"/>
          <w:szCs w:val="24"/>
        </w:rPr>
        <w:t xml:space="preserve"> de 83,2%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Urmează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alimentele</w:t>
      </w:r>
      <w:proofErr w:type="spellEnd"/>
      <w:r w:rsidRPr="004C7437">
        <w:rPr>
          <w:rFonts w:asciiTheme="minorHAnsi" w:hAnsiTheme="minorHAnsi"/>
          <w:sz w:val="24"/>
          <w:szCs w:val="24"/>
        </w:rPr>
        <w:t xml:space="preserve"> (54,3%)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medicamentele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serviciile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medicale</w:t>
      </w:r>
      <w:proofErr w:type="spellEnd"/>
      <w:r w:rsidRPr="004C7437">
        <w:rPr>
          <w:rFonts w:asciiTheme="minorHAnsi" w:hAnsiTheme="minorHAnsi"/>
          <w:sz w:val="24"/>
          <w:szCs w:val="24"/>
        </w:rPr>
        <w:t xml:space="preserve"> (42,7%).</w:t>
      </w:r>
    </w:p>
    <w:p w14:paraId="77194D39" w14:textId="5DE3F053" w:rsidR="004D4CFD" w:rsidRPr="004C7437" w:rsidRDefault="00460E31">
      <w:pPr>
        <w:jc w:val="both"/>
        <w:rPr>
          <w:rFonts w:asciiTheme="minorHAnsi" w:hAnsiTheme="minorHAnsi"/>
          <w:sz w:val="24"/>
          <w:szCs w:val="24"/>
        </w:rPr>
      </w:pPr>
      <w:r w:rsidRPr="004C7437">
        <w:rPr>
          <w:rFonts w:asciiTheme="minorHAnsi" w:hAnsiTheme="minorHAnsi"/>
          <w:sz w:val="24"/>
          <w:szCs w:val="24"/>
        </w:rPr>
        <w:t>Transportul este menționat de 14,5%, iar chiria sau ratele bancare de 13,1%. Numai 2,3% afirmă că își pot procura tot ce le trebuie fără restricții. În ultimele 12 luni, 57,3% dintre familii au fost nevoite să renunțe la cel puțin o categorie de cheltuieli de bază: 22,7% au redus cheltuielile pentru încălzire sau energie, 17,5% pe cele pentru alimente, 14,2% pe cele pentru medicamente ori servicii medicale și 2,9% pe cele pentru educație.</w:t>
      </w:r>
      <w:r w:rsidR="004C7437" w:rsidRPr="004C7437">
        <w:rPr>
          <w:rFonts w:asciiTheme="minorHAnsi" w:hAnsiTheme="minorHAnsi"/>
          <w:sz w:val="24"/>
          <w:szCs w:val="24"/>
        </w:rPr>
      </w:r>
      <w:r w:rsidR="004C7437"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20B46C9C"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Prioritățile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îmbunătățirea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situației</w:t>
      </w:r>
      <w:proofErr w:type="spellEnd"/>
      <w:r w:rsidRPr="004C7437">
        <w:rPr>
          <w:rFonts w:asciiTheme="minorHAnsi" w:hAnsiTheme="minorHAnsi"/>
          <w:sz w:val="24"/>
          <w:szCs w:val="24"/>
        </w:rPr>
        <w:t xml:space="preserve"> social-</w:t>
      </w:r>
      <w:proofErr w:type="spellStart"/>
      <w:r w:rsidRPr="004C7437">
        <w:rPr>
          <w:rFonts w:asciiTheme="minorHAnsi" w:hAnsiTheme="minorHAnsi"/>
          <w:sz w:val="24"/>
          <w:szCs w:val="24"/>
        </w:rPr>
        <w:t>economice</w:t>
      </w:r>
      <w:proofErr w:type="spellEnd"/>
    </w:p>
    <w:p w14:paraId="44B75B89"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Între măsurile considerate necesare, respondenții indică cel mai des sprijinirea micilor întreprinzători din sectorul agrar (38,0%), schimbarea conducerii țării (37,0%), combaterea criminalității (34,9%), asigurarea creșterii economice (31,7%), dezvoltarea întreprinderilor industriale (30,0%) și atragerea investițiilor străine (29,7%). Fiecare respondent a putut menționa până la trei măsuri.</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493F7FD2"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ECONOMIE ȘI POLITICI PUBLICE</w:t>
      </w:r>
    </w:p>
    <w:p w14:paraId="24176818"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Majoritatea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țara</w:t>
      </w:r>
      <w:proofErr w:type="spellEnd"/>
      <w:r w:rsidRPr="004C7437">
        <w:rPr>
          <w:rFonts w:asciiTheme="minorHAnsi" w:hAnsiTheme="minorHAnsi"/>
          <w:sz w:val="24"/>
          <w:szCs w:val="24"/>
        </w:rPr>
        <w:t xml:space="preserve"> merge </w:t>
      </w:r>
      <w:proofErr w:type="spellStart"/>
      <w:r w:rsidRPr="004C7437">
        <w:rPr>
          <w:rFonts w:asciiTheme="minorHAnsi" w:hAnsiTheme="minorHAnsi"/>
          <w:sz w:val="24"/>
          <w:szCs w:val="24"/>
        </w:rPr>
        <w:t>într</w:t>
      </w:r>
      <w:proofErr w:type="spellEnd"/>
      <w:r w:rsidRPr="004C7437">
        <w:rPr>
          <w:rFonts w:asciiTheme="minorHAnsi" w:hAnsiTheme="minorHAnsi"/>
          <w:sz w:val="24"/>
          <w:szCs w:val="24"/>
        </w:rPr>
        <w:t xml:space="preserve">-o </w:t>
      </w:r>
      <w:proofErr w:type="spellStart"/>
      <w:r w:rsidRPr="004C7437">
        <w:rPr>
          <w:rFonts w:asciiTheme="minorHAnsi" w:hAnsiTheme="minorHAnsi"/>
          <w:sz w:val="24"/>
          <w:szCs w:val="24"/>
        </w:rPr>
        <w:t>direcție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greșită</w:t>
      </w:r>
      <w:proofErr w:type="spellEnd"/>
    </w:p>
    <w:p w14:paraId="31011B2A"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jumătate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56,6%,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se </w:t>
      </w:r>
      <w:proofErr w:type="spellStart"/>
      <w:r w:rsidRPr="004C7437">
        <w:rPr>
          <w:rFonts w:asciiTheme="minorHAnsi" w:hAnsiTheme="minorHAnsi"/>
          <w:sz w:val="24"/>
          <w:szCs w:val="24"/>
        </w:rPr>
        <w:t>îndreaptă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w:t>
      </w:r>
      <w:proofErr w:type="spellEnd"/>
      <w:r w:rsidRPr="004C7437">
        <w:rPr>
          <w:rFonts w:asciiTheme="minorHAnsi" w:hAnsiTheme="minorHAnsi"/>
          <w:sz w:val="24"/>
          <w:szCs w:val="24"/>
        </w:rPr>
        <w:t xml:space="preserve">-o </w:t>
      </w:r>
      <w:proofErr w:type="spellStart"/>
      <w:r w:rsidRPr="004C7437">
        <w:rPr>
          <w:rFonts w:asciiTheme="minorHAnsi" w:hAnsiTheme="minorHAnsi"/>
          <w:sz w:val="24"/>
          <w:szCs w:val="24"/>
        </w:rPr>
        <w:t>direcție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greșită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38,2%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direcția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asupra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evoluțiilor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globale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critică</w:t>
      </w:r>
      <w:proofErr w:type="spellEnd"/>
      <w:r w:rsidRPr="004C7437">
        <w:rPr>
          <w:rFonts w:asciiTheme="minorHAnsi" w:hAnsiTheme="minorHAnsi"/>
          <w:sz w:val="24"/>
          <w:szCs w:val="24"/>
        </w:rPr>
        <w:t xml:space="preserve">: 66,5%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lumea</w:t>
      </w:r>
      <w:proofErr w:type="spellEnd"/>
      <w:r w:rsidRPr="004C7437">
        <w:rPr>
          <w:rFonts w:asciiTheme="minorHAnsi" w:hAnsiTheme="minorHAnsi"/>
          <w:sz w:val="24"/>
          <w:szCs w:val="24"/>
        </w:rPr>
        <w:t xml:space="preserve"> merge </w:t>
      </w:r>
      <w:proofErr w:type="spellStart"/>
      <w:r w:rsidRPr="004C7437">
        <w:rPr>
          <w:rFonts w:asciiTheme="minorHAnsi" w:hAnsiTheme="minorHAnsi"/>
          <w:sz w:val="24"/>
          <w:szCs w:val="24"/>
        </w:rPr>
        <w:t>într</w:t>
      </w:r>
      <w:proofErr w:type="spellEnd"/>
      <w:r w:rsidRPr="004C7437">
        <w:rPr>
          <w:rFonts w:asciiTheme="minorHAnsi" w:hAnsiTheme="minorHAnsi"/>
          <w:sz w:val="24"/>
          <w:szCs w:val="24"/>
        </w:rPr>
        <w:t xml:space="preserve">-o </w:t>
      </w:r>
      <w:proofErr w:type="spellStart"/>
      <w:r w:rsidRPr="004C7437">
        <w:rPr>
          <w:rFonts w:asciiTheme="minorHAnsi" w:hAnsiTheme="minorHAnsi"/>
          <w:sz w:val="24"/>
          <w:szCs w:val="24"/>
        </w:rPr>
        <w:t>direcție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greșită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22,6% </w:t>
      </w:r>
      <w:proofErr w:type="spellStart"/>
      <w:r w:rsidRPr="004C7437">
        <w:rPr>
          <w:rFonts w:asciiTheme="minorHAnsi" w:hAnsiTheme="minorHAnsi"/>
          <w:sz w:val="24"/>
          <w:szCs w:val="24"/>
        </w:rPr>
        <w:t>într</w:t>
      </w:r>
      <w:proofErr w:type="spellEnd"/>
      <w:r w:rsidRPr="004C7437">
        <w:rPr>
          <w:rFonts w:asciiTheme="minorHAnsi" w:hAnsiTheme="minorHAnsi"/>
          <w:sz w:val="24"/>
          <w:szCs w:val="24"/>
        </w:rPr>
        <w:t xml:space="preserve">-o </w:t>
      </w:r>
      <w:proofErr w:type="spellStart"/>
      <w:r w:rsidRPr="004C7437">
        <w:rPr>
          <w:rFonts w:asciiTheme="minorHAnsi" w:hAnsiTheme="minorHAnsi"/>
          <w:sz w:val="24"/>
          <w:szCs w:val="24"/>
        </w:rPr>
        <w:t>direcție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bună</w:t>
      </w:r>
      <w:proofErr w:type="spellEnd"/>
      <w:r w:rsidRPr="004C7437">
        <w:rPr>
          <w:rFonts w:asciiTheme="minorHAnsi" w:hAnsiTheme="minorHAnsi"/>
          <w:sz w:val="24"/>
          <w:szCs w:val="24"/>
        </w:rPr>
        <w:t>.</w:t>
      </w:r>
    </w:p>
    <w:p w14:paraId="127BE7D0"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Evaluarea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economiei</w:t>
      </w:r>
      <w:proofErr w:type="spellEnd"/>
      <w:r w:rsidRPr="004C7437">
        <w:rPr>
          <w:rFonts w:asciiTheme="minorHAnsi" w:hAnsiTheme="minorHAnsi"/>
          <w:sz w:val="24"/>
          <w:szCs w:val="24"/>
        </w:rPr>
        <w:t xml:space="preserve"> s-a </w:t>
      </w:r>
      <w:proofErr w:type="spellStart"/>
      <w:r w:rsidRPr="004C7437">
        <w:rPr>
          <w:rFonts w:asciiTheme="minorHAnsi" w:hAnsiTheme="minorHAnsi"/>
          <w:sz w:val="24"/>
          <w:szCs w:val="24"/>
        </w:rPr>
        <w:t>deteriorat</w:t>
      </w:r>
      <w:proofErr w:type="spellEnd"/>
    </w:p>
    <w:p w14:paraId="3678C9F7"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Comparativ</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anul</w:t>
      </w:r>
      <w:proofErr w:type="spellEnd"/>
      <w:r w:rsidRPr="004C7437">
        <w:rPr>
          <w:rFonts w:asciiTheme="minorHAnsi" w:hAnsiTheme="minorHAnsi"/>
          <w:sz w:val="24"/>
          <w:szCs w:val="24"/>
        </w:rPr>
        <w:t xml:space="preserve"> precedent, 58,4%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apreciază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economică</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Republicii</w:t>
      </w:r>
      <w:proofErr w:type="spellEnd"/>
      <w:r w:rsidRPr="004C7437">
        <w:rPr>
          <w:rFonts w:asciiTheme="minorHAnsi" w:hAnsiTheme="minorHAnsi"/>
          <w:sz w:val="24"/>
          <w:szCs w:val="24"/>
        </w:rPr>
        <w:t xml:space="preserve"> Moldova s-a </w:t>
      </w:r>
      <w:proofErr w:type="spellStart"/>
      <w:r w:rsidRPr="004C7437">
        <w:rPr>
          <w:rFonts w:asciiTheme="minorHAnsi" w:hAnsiTheme="minorHAnsi"/>
          <w:sz w:val="24"/>
          <w:szCs w:val="24"/>
        </w:rPr>
        <w:t>înrăutățit</w:t>
      </w:r>
      <w:proofErr w:type="spellEnd"/>
      <w:r w:rsidRPr="004C7437">
        <w:rPr>
          <w:rFonts w:asciiTheme="minorHAnsi" w:hAnsiTheme="minorHAnsi"/>
          <w:sz w:val="24"/>
          <w:szCs w:val="24"/>
        </w:rPr>
        <w:t xml:space="preserve">, 21,6%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s-a </w:t>
      </w:r>
      <w:proofErr w:type="spellStart"/>
      <w:r w:rsidRPr="004C7437">
        <w:rPr>
          <w:rFonts w:asciiTheme="minorHAnsi" w:hAnsiTheme="minorHAnsi"/>
          <w:sz w:val="24"/>
          <w:szCs w:val="24"/>
        </w:rPr>
        <w:t>îmbunătățit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17,8% nu </w:t>
      </w:r>
      <w:proofErr w:type="spellStart"/>
      <w:r w:rsidRPr="004C7437">
        <w:rPr>
          <w:rFonts w:asciiTheme="minorHAnsi" w:hAnsiTheme="minorHAnsi"/>
          <w:sz w:val="24"/>
          <w:szCs w:val="24"/>
        </w:rPr>
        <w:t>observă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schimbări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Așteptările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următorul</w:t>
      </w:r>
      <w:proofErr w:type="spellEnd"/>
      <w:r w:rsidRPr="004C7437">
        <w:rPr>
          <w:rFonts w:asciiTheme="minorHAnsi" w:hAnsiTheme="minorHAnsi"/>
          <w:sz w:val="24"/>
          <w:szCs w:val="24"/>
        </w:rPr>
        <w:t xml:space="preserve"> an sunt, de </w:t>
      </w:r>
      <w:proofErr w:type="spellStart"/>
      <w:r w:rsidRPr="004C7437">
        <w:rPr>
          <w:rFonts w:asciiTheme="minorHAnsi" w:hAnsiTheme="minorHAnsi"/>
          <w:sz w:val="24"/>
          <w:szCs w:val="24"/>
        </w:rPr>
        <w:t>asemenea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degrabă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prudente</w:t>
      </w:r>
      <w:proofErr w:type="spellEnd"/>
      <w:r w:rsidRPr="004C7437">
        <w:rPr>
          <w:rFonts w:asciiTheme="minorHAnsi" w:hAnsiTheme="minorHAnsi"/>
          <w:sz w:val="24"/>
          <w:szCs w:val="24"/>
        </w:rPr>
        <w:t xml:space="preserve">: 40,9% se </w:t>
      </w:r>
      <w:proofErr w:type="spellStart"/>
      <w:r w:rsidRPr="004C7437">
        <w:rPr>
          <w:rFonts w:asciiTheme="minorHAnsi" w:hAnsiTheme="minorHAnsi"/>
          <w:sz w:val="24"/>
          <w:szCs w:val="24"/>
        </w:rPr>
        <w:t>așteaptă</w:t>
      </w:r>
      <w:proofErr w:type="spellEnd"/>
      <w:r w:rsidRPr="004C7437">
        <w:rPr>
          <w:rFonts w:asciiTheme="minorHAnsi" w:hAnsiTheme="minorHAnsi"/>
          <w:sz w:val="24"/>
          <w:szCs w:val="24"/>
        </w:rPr>
        <w:t xml:space="preserve"> la o </w:t>
      </w:r>
      <w:proofErr w:type="spellStart"/>
      <w:r w:rsidRPr="004C7437">
        <w:rPr>
          <w:rFonts w:asciiTheme="minorHAnsi" w:hAnsiTheme="minorHAnsi"/>
          <w:sz w:val="24"/>
          <w:szCs w:val="24"/>
        </w:rPr>
        <w:t>situație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proastă</w:t>
      </w:r>
      <w:proofErr w:type="spellEnd"/>
      <w:r w:rsidRPr="004C7437">
        <w:rPr>
          <w:rFonts w:asciiTheme="minorHAnsi" w:hAnsiTheme="minorHAnsi"/>
          <w:sz w:val="24"/>
          <w:szCs w:val="24"/>
        </w:rPr>
        <w:t xml:space="preserve">, 30,2% </w:t>
      </w:r>
      <w:proofErr w:type="spellStart"/>
      <w:r w:rsidRPr="004C7437">
        <w:rPr>
          <w:rFonts w:asciiTheme="minorHAnsi" w:hAnsiTheme="minorHAnsi"/>
          <w:sz w:val="24"/>
          <w:szCs w:val="24"/>
        </w:rPr>
        <w:t>anticipează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îmbunătățire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20,7%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rămâne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neschimbată</w:t>
      </w:r>
      <w:proofErr w:type="spellEnd"/>
      <w:r w:rsidRPr="004C7437">
        <w:rPr>
          <w:rFonts w:asciiTheme="minorHAnsi" w:hAnsiTheme="minorHAnsi"/>
          <w:sz w:val="24"/>
          <w:szCs w:val="24"/>
        </w:rPr>
        <w:t>.</w:t>
      </w:r>
    </w:p>
    <w:p w14:paraId="52E8D36F"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Nemulțumirea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față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larg</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răspândită</w:t>
      </w:r>
      <w:proofErr w:type="spellEnd"/>
    </w:p>
    <w:p w14:paraId="490426D6" w14:textId="77777777" w:rsidR="004D4CFD" w:rsidRPr="004C7437" w:rsidRDefault="00460E31">
      <w:pPr>
        <w:jc w:val="both"/>
        <w:rPr>
          <w:rFonts w:asciiTheme="minorHAnsi" w:hAnsiTheme="minorHAnsi"/>
          <w:sz w:val="24"/>
          <w:szCs w:val="24"/>
        </w:rPr>
      </w:pPr>
      <w:r w:rsidRPr="004C7437">
        <w:rPr>
          <w:rFonts w:asciiTheme="minorHAnsi" w:hAnsiTheme="minorHAnsi"/>
          <w:sz w:val="24"/>
          <w:szCs w:val="24"/>
        </w:rPr>
        <w:t xml:space="preserve">La </w:t>
      </w:r>
      <w:proofErr w:type="spellStart"/>
      <w:r w:rsidRPr="004C7437">
        <w:rPr>
          <w:rFonts w:asciiTheme="minorHAnsi" w:hAnsiTheme="minorHAnsi"/>
          <w:sz w:val="24"/>
          <w:szCs w:val="24"/>
        </w:rPr>
        <w:t>evaluarea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actuale</w:t>
      </w:r>
      <w:proofErr w:type="spellEnd"/>
      <w:r w:rsidRPr="004C7437">
        <w:rPr>
          <w:rFonts w:asciiTheme="minorHAnsi" w:hAnsiTheme="minorHAnsi"/>
          <w:sz w:val="24"/>
          <w:szCs w:val="24"/>
        </w:rPr>
        <w:t xml:space="preserve">, 61,3%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13,9%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Alți</w:t>
      </w:r>
      <w:proofErr w:type="spellEnd"/>
      <w:r w:rsidRPr="004C7437">
        <w:rPr>
          <w:rFonts w:asciiTheme="minorHAnsi" w:hAnsiTheme="minorHAnsi"/>
          <w:sz w:val="24"/>
          <w:szCs w:val="24"/>
        </w:rPr>
        <w:t xml:space="preserve"> 23,7% </w:t>
      </w:r>
      <w:proofErr w:type="spellStart"/>
      <w:r w:rsidRPr="004C7437">
        <w:rPr>
          <w:rFonts w:asciiTheme="minorHAnsi" w:hAnsiTheme="minorHAnsi"/>
          <w:sz w:val="24"/>
          <w:szCs w:val="24"/>
        </w:rPr>
        <w:t>adoptă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poziție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neutră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Rezultatele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indică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diferență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așteptările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economice</w:t>
      </w:r>
      <w:proofErr w:type="spellEnd"/>
      <w:r w:rsidRPr="004C7437">
        <w:rPr>
          <w:rFonts w:asciiTheme="minorHAnsi" w:hAnsiTheme="minorHAnsi"/>
          <w:sz w:val="24"/>
          <w:szCs w:val="24"/>
        </w:rPr>
        <w:t xml:space="preserve"> ale </w:t>
      </w:r>
      <w:proofErr w:type="spellStart"/>
      <w:r w:rsidRPr="004C7437">
        <w:rPr>
          <w:rFonts w:asciiTheme="minorHAnsi" w:hAnsiTheme="minorHAnsi"/>
          <w:sz w:val="24"/>
          <w:szCs w:val="24"/>
        </w:rPr>
        <w:t>populației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evaluarea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condițiilor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curente</w:t>
      </w:r>
      <w:proofErr w:type="spellEnd"/>
      <w:r w:rsidRPr="004C7437">
        <w:rPr>
          <w:rFonts w:asciiTheme="minorHAnsi" w:hAnsiTheme="minorHAnsi"/>
          <w:sz w:val="24"/>
          <w:szCs w:val="24"/>
        </w:rPr>
        <w:t>.</w:t>
      </w:r>
    </w:p>
    <w:p w14:paraId="3F52AD98"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Cultura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sănătatea</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domeniile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bine evaluate</w:t>
      </w:r>
    </w:p>
    <w:p w14:paraId="61DA6F7E"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evaluarea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activității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conducerii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țării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ponderi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răspunsuri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pozitive</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înregistrează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cultură</w:t>
      </w:r>
      <w:proofErr w:type="spellEnd"/>
      <w:r w:rsidRPr="004C7437">
        <w:rPr>
          <w:rFonts w:asciiTheme="minorHAnsi" w:hAnsiTheme="minorHAnsi"/>
          <w:sz w:val="24"/>
          <w:szCs w:val="24"/>
        </w:rPr>
        <w:t xml:space="preserve"> (50,8%), </w:t>
      </w:r>
      <w:proofErr w:type="spellStart"/>
      <w:r w:rsidRPr="004C7437">
        <w:rPr>
          <w:rFonts w:asciiTheme="minorHAnsi" w:hAnsiTheme="minorHAnsi"/>
          <w:sz w:val="24"/>
          <w:szCs w:val="24"/>
        </w:rPr>
        <w:t>asistență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medicală</w:t>
      </w:r>
      <w:proofErr w:type="spellEnd"/>
      <w:r w:rsidRPr="004C7437">
        <w:rPr>
          <w:rFonts w:asciiTheme="minorHAnsi" w:hAnsiTheme="minorHAnsi"/>
          <w:sz w:val="24"/>
          <w:szCs w:val="24"/>
        </w:rPr>
        <w:t xml:space="preserve"> (46,9%)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învățământ</w:t>
      </w:r>
      <w:proofErr w:type="spellEnd"/>
      <w:r w:rsidRPr="004C7437">
        <w:rPr>
          <w:rFonts w:asciiTheme="minorHAnsi" w:hAnsiTheme="minorHAnsi"/>
          <w:sz w:val="24"/>
          <w:szCs w:val="24"/>
        </w:rPr>
        <w:t xml:space="preserve"> (42,4%). </w:t>
      </w:r>
      <w:proofErr w:type="spellStart"/>
      <w:r w:rsidRPr="004C7437">
        <w:rPr>
          <w:rFonts w:asciiTheme="minorHAnsi" w:hAnsiTheme="minorHAnsi"/>
          <w:sz w:val="24"/>
          <w:szCs w:val="24"/>
        </w:rPr>
        <w:t>Nemulțumirea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majoritară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domeniile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analizate</w:t>
      </w:r>
      <w:proofErr w:type="spellEnd"/>
      <w:r w:rsidRPr="004C7437">
        <w:rPr>
          <w:rFonts w:asciiTheme="minorHAnsi" w:hAnsiTheme="minorHAnsi"/>
          <w:sz w:val="24"/>
          <w:szCs w:val="24"/>
        </w:rPr>
        <w:t xml:space="preserve">. Cele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ridicate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niveluri</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referă</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pensii</w:t>
      </w:r>
      <w:proofErr w:type="spellEnd"/>
      <w:r w:rsidRPr="004C7437">
        <w:rPr>
          <w:rFonts w:asciiTheme="minorHAnsi" w:hAnsiTheme="minorHAnsi"/>
          <w:sz w:val="24"/>
          <w:szCs w:val="24"/>
        </w:rPr>
        <w:t xml:space="preserve"> (80,0%), </w:t>
      </w:r>
      <w:proofErr w:type="spellStart"/>
      <w:r w:rsidRPr="004C7437">
        <w:rPr>
          <w:rFonts w:asciiTheme="minorHAnsi" w:hAnsiTheme="minorHAnsi"/>
          <w:sz w:val="24"/>
          <w:szCs w:val="24"/>
        </w:rPr>
        <w:t>combaterea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corupției</w:t>
      </w:r>
      <w:proofErr w:type="spellEnd"/>
      <w:r w:rsidRPr="004C7437">
        <w:rPr>
          <w:rFonts w:asciiTheme="minorHAnsi" w:hAnsiTheme="minorHAnsi"/>
          <w:sz w:val="24"/>
          <w:szCs w:val="24"/>
        </w:rPr>
        <w:t xml:space="preserve"> (79,8%), </w:t>
      </w:r>
      <w:proofErr w:type="spellStart"/>
      <w:r w:rsidRPr="004C7437">
        <w:rPr>
          <w:rFonts w:asciiTheme="minorHAnsi" w:hAnsiTheme="minorHAnsi"/>
          <w:sz w:val="24"/>
          <w:szCs w:val="24"/>
        </w:rPr>
        <w:t>salarii</w:t>
      </w:r>
      <w:proofErr w:type="spellEnd"/>
      <w:r w:rsidRPr="004C7437">
        <w:rPr>
          <w:rFonts w:asciiTheme="minorHAnsi" w:hAnsiTheme="minorHAnsi"/>
          <w:sz w:val="24"/>
          <w:szCs w:val="24"/>
        </w:rPr>
        <w:t xml:space="preserve"> (77,3%), </w:t>
      </w:r>
      <w:proofErr w:type="spellStart"/>
      <w:r w:rsidRPr="004C7437">
        <w:rPr>
          <w:rFonts w:asciiTheme="minorHAnsi" w:hAnsiTheme="minorHAnsi"/>
          <w:sz w:val="24"/>
          <w:szCs w:val="24"/>
        </w:rPr>
        <w:t>industrie</w:t>
      </w:r>
      <w:proofErr w:type="spellEnd"/>
      <w:r w:rsidRPr="004C7437">
        <w:rPr>
          <w:rFonts w:asciiTheme="minorHAnsi" w:hAnsiTheme="minorHAnsi"/>
          <w:sz w:val="24"/>
          <w:szCs w:val="24"/>
        </w:rPr>
        <w:t xml:space="preserve"> (74,9%)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locuri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muncă</w:t>
      </w:r>
      <w:proofErr w:type="spellEnd"/>
      <w:r w:rsidRPr="004C7437">
        <w:rPr>
          <w:rFonts w:asciiTheme="minorHAnsi" w:hAnsiTheme="minorHAnsi"/>
          <w:sz w:val="24"/>
          <w:szCs w:val="24"/>
        </w:rPr>
        <w:t xml:space="preserve"> (71,6%).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externă</w:t>
      </w:r>
      <w:proofErr w:type="spellEnd"/>
      <w:r w:rsidRPr="004C7437">
        <w:rPr>
          <w:rFonts w:asciiTheme="minorHAnsi" w:hAnsiTheme="minorHAnsi"/>
          <w:sz w:val="24"/>
          <w:szCs w:val="24"/>
        </w:rPr>
        <w:t xml:space="preserve">, 53,2% sunt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30,6%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15,7% nu au </w:t>
      </w:r>
      <w:proofErr w:type="spellStart"/>
      <w:r w:rsidRPr="004C7437">
        <w:rPr>
          <w:rFonts w:asciiTheme="minorHAnsi" w:hAnsiTheme="minorHAnsi"/>
          <w:sz w:val="24"/>
          <w:szCs w:val="24"/>
        </w:rPr>
        <w:t>putut</w:t>
      </w:r>
      <w:proofErr w:type="spellEnd"/>
      <w:r w:rsidRPr="004C7437">
        <w:rPr>
          <w:rFonts w:asciiTheme="minorHAnsi" w:hAnsiTheme="minorHAnsi"/>
          <w:sz w:val="24"/>
          <w:szCs w:val="24"/>
        </w:rPr>
        <w:t xml:space="preserve"> formula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w:t>
      </w:r>
    </w:p>
    <w:p w14:paraId="13F4155C"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Reformele</w:t>
      </w:r>
      <w:proofErr w:type="spellEnd"/>
      <w:r w:rsidRPr="004C7437">
        <w:rPr>
          <w:rFonts w:asciiTheme="minorHAnsi" w:hAnsiTheme="minorHAnsi"/>
          <w:sz w:val="24"/>
          <w:szCs w:val="24"/>
        </w:rPr>
        <w:t xml:space="preserve"> sunt evaluate </w:t>
      </w:r>
      <w:proofErr w:type="spellStart"/>
      <w:r w:rsidRPr="004C7437">
        <w:rPr>
          <w:rFonts w:asciiTheme="minorHAnsi" w:hAnsiTheme="minorHAnsi"/>
          <w:sz w:val="24"/>
          <w:szCs w:val="24"/>
        </w:rPr>
        <w:t>neuniform</w:t>
      </w:r>
      <w:proofErr w:type="spellEnd"/>
    </w:p>
    <w:p w14:paraId="15E42312"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privința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administrației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publice</w:t>
      </w:r>
      <w:proofErr w:type="spellEnd"/>
      <w:r w:rsidRPr="004C7437">
        <w:rPr>
          <w:rFonts w:asciiTheme="minorHAnsi" w:hAnsiTheme="minorHAnsi"/>
          <w:sz w:val="24"/>
          <w:szCs w:val="24"/>
        </w:rPr>
        <w:t xml:space="preserve"> locale, 57,4%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activitatea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conducerii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țării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31,8%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centralizarea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instituțiilor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educaționale</w:t>
      </w:r>
      <w:proofErr w:type="spellEnd"/>
      <w:r w:rsidRPr="004C7437">
        <w:rPr>
          <w:rFonts w:asciiTheme="minorHAnsi" w:hAnsiTheme="minorHAnsi"/>
          <w:sz w:val="24"/>
          <w:szCs w:val="24"/>
        </w:rPr>
        <w:t xml:space="preserve">, 52,7% sunt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37,9% </w:t>
      </w:r>
      <w:proofErr w:type="spellStart"/>
      <w:r w:rsidRPr="004C7437">
        <w:rPr>
          <w:rFonts w:asciiTheme="minorHAnsi" w:hAnsiTheme="minorHAnsi"/>
          <w:sz w:val="24"/>
          <w:szCs w:val="24"/>
        </w:rPr>
        <w:t>mulțumiți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fiscale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întrunește</w:t>
      </w:r>
      <w:proofErr w:type="spellEnd"/>
      <w:r w:rsidRPr="004C7437">
        <w:rPr>
          <w:rFonts w:asciiTheme="minorHAnsi" w:hAnsiTheme="minorHAnsi"/>
          <w:sz w:val="24"/>
          <w:szCs w:val="24"/>
        </w:rPr>
        <w:t xml:space="preserve"> 57,8% </w:t>
      </w:r>
      <w:proofErr w:type="spellStart"/>
      <w:r w:rsidRPr="004C7437">
        <w:rPr>
          <w:rFonts w:asciiTheme="minorHAnsi" w:hAnsiTheme="minorHAnsi"/>
          <w:sz w:val="24"/>
          <w:szCs w:val="24"/>
        </w:rPr>
        <w:t>răspunsuri</w:t>
      </w:r>
      <w:proofErr w:type="spellEnd"/>
      <w:r w:rsidRPr="004C7437">
        <w:rPr>
          <w:rFonts w:asciiTheme="minorHAnsi" w:hAnsiTheme="minorHAnsi"/>
          <w:sz w:val="24"/>
          <w:szCs w:val="24"/>
        </w:rPr>
        <w:t xml:space="preserve"> negative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20,9% </w:t>
      </w:r>
      <w:proofErr w:type="spellStart"/>
      <w:r w:rsidRPr="004C7437">
        <w:rPr>
          <w:rFonts w:asciiTheme="minorHAnsi" w:hAnsiTheme="minorHAnsi"/>
          <w:sz w:val="24"/>
          <w:szCs w:val="24"/>
        </w:rPr>
        <w:t>pozitive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20,2% nu au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serviciilor</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asistență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socială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evaluată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negativ</w:t>
      </w:r>
      <w:proofErr w:type="spellEnd"/>
      <w:r w:rsidRPr="004C7437">
        <w:rPr>
          <w:rFonts w:asciiTheme="minorHAnsi" w:hAnsiTheme="minorHAnsi"/>
          <w:sz w:val="24"/>
          <w:szCs w:val="24"/>
        </w:rPr>
        <w:t xml:space="preserve"> de 48,9%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pozitiv</w:t>
      </w:r>
      <w:proofErr w:type="spellEnd"/>
      <w:r w:rsidRPr="004C7437">
        <w:rPr>
          <w:rFonts w:asciiTheme="minorHAnsi" w:hAnsiTheme="minorHAnsi"/>
          <w:sz w:val="24"/>
          <w:szCs w:val="24"/>
        </w:rPr>
        <w:t xml:space="preserve"> de 30,5%; </w:t>
      </w: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cincime</w:t>
      </w:r>
      <w:proofErr w:type="spellEnd"/>
      <w:r w:rsidRPr="004C7437">
        <w:rPr>
          <w:rFonts w:asciiTheme="minorHAnsi" w:hAnsiTheme="minorHAnsi"/>
          <w:sz w:val="24"/>
          <w:szCs w:val="24"/>
        </w:rPr>
        <w:t xml:space="preserve">, 19,7%, </w:t>
      </w:r>
      <w:proofErr w:type="spellStart"/>
      <w:r w:rsidRPr="004C7437">
        <w:rPr>
          <w:rFonts w:asciiTheme="minorHAnsi" w:hAnsiTheme="minorHAnsi"/>
          <w:sz w:val="24"/>
          <w:szCs w:val="24"/>
        </w:rPr>
        <w:t>răspund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știu</w:t>
      </w:r>
      <w:proofErr w:type="spellEnd"/>
      <w:r w:rsidRPr="004C7437">
        <w:rPr>
          <w:rFonts w:asciiTheme="minorHAnsi" w:hAnsiTheme="minorHAnsi"/>
          <w:sz w:val="24"/>
          <w:szCs w:val="24"/>
        </w:rPr>
        <w:t>.</w:t>
      </w:r>
    </w:p>
    <w:p w14:paraId="6C22294D"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INFORMARE ȘI ÎNCREDERE ÎN MASS MEDIA</w:t>
      </w:r>
    </w:p>
    <w:p w14:paraId="75975EEA"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Internetul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utilizat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zilnic</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majoritatea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populației</w:t>
      </w:r>
      <w:proofErr w:type="spellEnd"/>
    </w:p>
    <w:p w14:paraId="4B211F3C"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Internetul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folosit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zilnic</w:t>
      </w:r>
      <w:proofErr w:type="spellEnd"/>
      <w:r w:rsidRPr="004C7437">
        <w:rPr>
          <w:rFonts w:asciiTheme="minorHAnsi" w:hAnsiTheme="minorHAnsi"/>
          <w:sz w:val="24"/>
          <w:szCs w:val="24"/>
        </w:rPr>
        <w:t xml:space="preserve"> de 84,6%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Televiziunea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urmărită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zilnic</w:t>
      </w:r>
      <w:proofErr w:type="spellEnd"/>
      <w:r w:rsidRPr="004C7437">
        <w:rPr>
          <w:rFonts w:asciiTheme="minorHAnsi" w:hAnsiTheme="minorHAnsi"/>
          <w:sz w:val="24"/>
          <w:szCs w:val="24"/>
        </w:rPr>
        <w:t xml:space="preserve"> de 50,7%, </w:t>
      </w:r>
      <w:proofErr w:type="spellStart"/>
      <w:r w:rsidRPr="004C7437">
        <w:rPr>
          <w:rFonts w:asciiTheme="minorHAnsi" w:hAnsiTheme="minorHAnsi"/>
          <w:sz w:val="24"/>
          <w:szCs w:val="24"/>
        </w:rPr>
        <w:t>radioul</w:t>
      </w:r>
      <w:proofErr w:type="spellEnd"/>
      <w:r w:rsidRPr="004C7437">
        <w:rPr>
          <w:rFonts w:asciiTheme="minorHAnsi" w:hAnsiTheme="minorHAnsi"/>
          <w:sz w:val="24"/>
          <w:szCs w:val="24"/>
        </w:rPr>
        <w:t xml:space="preserve"> de 28,4%,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ziarele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citite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zilnic</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5,4%. Ca </w:t>
      </w:r>
      <w:proofErr w:type="spellStart"/>
      <w:r w:rsidRPr="004C7437">
        <w:rPr>
          <w:rFonts w:asciiTheme="minorHAnsi" w:hAnsiTheme="minorHAnsi"/>
          <w:sz w:val="24"/>
          <w:szCs w:val="24"/>
        </w:rPr>
        <w:t>surse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obișnuite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informare</w:t>
      </w:r>
      <w:proofErr w:type="spellEnd"/>
      <w:r w:rsidRPr="004C7437">
        <w:rPr>
          <w:rFonts w:asciiTheme="minorHAnsi" w:hAnsiTheme="minorHAnsi"/>
          <w:sz w:val="24"/>
          <w:szCs w:val="24"/>
        </w:rPr>
        <w:t xml:space="preserve">, site-urile </w:t>
      </w:r>
      <w:proofErr w:type="spellStart"/>
      <w:r w:rsidRPr="004C7437">
        <w:rPr>
          <w:rFonts w:asciiTheme="minorHAnsi" w:hAnsiTheme="minorHAnsi"/>
          <w:sz w:val="24"/>
          <w:szCs w:val="24"/>
        </w:rPr>
        <w:t>informaționale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menționate</w:t>
      </w:r>
      <w:proofErr w:type="spellEnd"/>
      <w:r w:rsidRPr="004C7437">
        <w:rPr>
          <w:rFonts w:asciiTheme="minorHAnsi" w:hAnsiTheme="minorHAnsi"/>
          <w:sz w:val="24"/>
          <w:szCs w:val="24"/>
        </w:rPr>
        <w:t xml:space="preserve"> de 59,1%, </w:t>
      </w:r>
      <w:proofErr w:type="spellStart"/>
      <w:r w:rsidRPr="004C7437">
        <w:rPr>
          <w:rFonts w:asciiTheme="minorHAnsi" w:hAnsiTheme="minorHAnsi"/>
          <w:sz w:val="24"/>
          <w:szCs w:val="24"/>
        </w:rPr>
        <w:t>rețelele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sociale</w:t>
      </w:r>
      <w:proofErr w:type="spellEnd"/>
      <w:r w:rsidRPr="004C7437">
        <w:rPr>
          <w:rFonts w:asciiTheme="minorHAnsi" w:hAnsiTheme="minorHAnsi"/>
          <w:sz w:val="24"/>
          <w:szCs w:val="24"/>
        </w:rPr>
        <w:t xml:space="preserve"> de 55,3%, </w:t>
      </w:r>
      <w:proofErr w:type="spellStart"/>
      <w:r w:rsidRPr="004C7437">
        <w:rPr>
          <w:rFonts w:asciiTheme="minorHAnsi" w:hAnsiTheme="minorHAnsi"/>
          <w:sz w:val="24"/>
          <w:szCs w:val="24"/>
        </w:rPr>
        <w:lastRenderedPageBreak/>
        <w:t>emisiunile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televiziunilor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posturilor</w:t>
      </w:r>
      <w:proofErr w:type="spellEnd"/>
      <w:r w:rsidRPr="004C7437">
        <w:rPr>
          <w:rFonts w:asciiTheme="minorHAnsi" w:hAnsiTheme="minorHAnsi"/>
          <w:sz w:val="24"/>
          <w:szCs w:val="24"/>
        </w:rPr>
        <w:t xml:space="preserve"> de radio din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de 46,8%,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comunicarea</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prietenii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rudele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colegii</w:t>
      </w:r>
      <w:proofErr w:type="spellEnd"/>
      <w:r w:rsidRPr="004C7437">
        <w:rPr>
          <w:rFonts w:asciiTheme="minorHAnsi" w:hAnsiTheme="minorHAnsi"/>
          <w:sz w:val="24"/>
          <w:szCs w:val="24"/>
        </w:rPr>
        <w:t xml:space="preserve"> de 33,5%.</w:t>
      </w:r>
    </w:p>
    <w:p w14:paraId="50B80DBF"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Încrederea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presa din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ridicată</w:t>
      </w:r>
      <w:proofErr w:type="spellEnd"/>
    </w:p>
    <w:p w14:paraId="3FF44722" w14:textId="77777777" w:rsidR="004D4CFD" w:rsidRPr="004C7437" w:rsidRDefault="00460E31">
      <w:pPr>
        <w:jc w:val="both"/>
        <w:rPr>
          <w:rFonts w:asciiTheme="minorHAnsi" w:hAnsiTheme="minorHAnsi"/>
          <w:sz w:val="24"/>
          <w:szCs w:val="24"/>
        </w:rPr>
      </w:pPr>
      <w:r w:rsidRPr="004C7437">
        <w:rPr>
          <w:rFonts w:asciiTheme="minorHAnsi" w:hAnsiTheme="minorHAnsi"/>
          <w:sz w:val="24"/>
          <w:szCs w:val="24"/>
        </w:rPr>
        <w:t xml:space="preserve">Presa din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w:t>
      </w:r>
      <w:proofErr w:type="spellStart"/>
      <w:r w:rsidRPr="004C7437">
        <w:rPr>
          <w:rFonts w:asciiTheme="minorHAnsi" w:hAnsiTheme="minorHAnsi"/>
          <w:sz w:val="24"/>
          <w:szCs w:val="24"/>
        </w:rPr>
        <w:t>beneficiază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încrederea</w:t>
      </w:r>
      <w:proofErr w:type="spellEnd"/>
      <w:r w:rsidRPr="004C7437">
        <w:rPr>
          <w:rFonts w:asciiTheme="minorHAnsi" w:hAnsiTheme="minorHAnsi"/>
          <w:sz w:val="24"/>
          <w:szCs w:val="24"/>
        </w:rPr>
        <w:t xml:space="preserve"> a 52,5%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mass-media din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nivelul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de 39,8%,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cea</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de 35,4%,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presa din </w:t>
      </w:r>
      <w:proofErr w:type="spellStart"/>
      <w:r w:rsidRPr="004C7437">
        <w:rPr>
          <w:rFonts w:asciiTheme="minorHAnsi" w:hAnsiTheme="minorHAnsi"/>
          <w:sz w:val="24"/>
          <w:szCs w:val="24"/>
        </w:rPr>
        <w:t>Rusia</w:t>
      </w:r>
      <w:proofErr w:type="spellEnd"/>
      <w:r w:rsidRPr="004C7437">
        <w:rPr>
          <w:rFonts w:asciiTheme="minorHAnsi" w:hAnsiTheme="minorHAnsi"/>
          <w:sz w:val="24"/>
          <w:szCs w:val="24"/>
        </w:rPr>
        <w:t xml:space="preserve"> de 24,9%.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același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64,5%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au </w:t>
      </w:r>
      <w:proofErr w:type="spellStart"/>
      <w:r w:rsidRPr="004C7437">
        <w:rPr>
          <w:rFonts w:asciiTheme="minorHAnsi" w:hAnsiTheme="minorHAnsi"/>
          <w:sz w:val="24"/>
          <w:szCs w:val="24"/>
        </w:rPr>
        <w:t>puțină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deloc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încredere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mass-media din </w:t>
      </w:r>
      <w:proofErr w:type="spellStart"/>
      <w:r w:rsidRPr="004C7437">
        <w:rPr>
          <w:rFonts w:asciiTheme="minorHAnsi" w:hAnsiTheme="minorHAnsi"/>
          <w:sz w:val="24"/>
          <w:szCs w:val="24"/>
        </w:rPr>
        <w:t>Rusia</w:t>
      </w:r>
      <w:proofErr w:type="spellEnd"/>
      <w:r w:rsidRPr="004C7437">
        <w:rPr>
          <w:rFonts w:asciiTheme="minorHAnsi" w:hAnsiTheme="minorHAnsi"/>
          <w:sz w:val="24"/>
          <w:szCs w:val="24"/>
        </w:rPr>
        <w:t>.</w:t>
      </w:r>
    </w:p>
    <w:p w14:paraId="1959A8AA"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Expunerea</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informații</w:t>
      </w:r>
      <w:proofErr w:type="spellEnd"/>
      <w:r w:rsidRPr="004C7437">
        <w:rPr>
          <w:rFonts w:asciiTheme="minorHAnsi" w:hAnsiTheme="minorHAnsi"/>
          <w:sz w:val="24"/>
          <w:szCs w:val="24"/>
        </w:rPr>
        <w:t xml:space="preserve"> false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percepută</w:t>
      </w:r>
      <w:proofErr w:type="spellEnd"/>
      <w:r w:rsidRPr="004C7437">
        <w:rPr>
          <w:rFonts w:asciiTheme="minorHAnsi" w:hAnsiTheme="minorHAnsi"/>
          <w:sz w:val="24"/>
          <w:szCs w:val="24"/>
        </w:rPr>
        <w:t xml:space="preserve"> ca </w:t>
      </w:r>
      <w:proofErr w:type="spellStart"/>
      <w:r w:rsidRPr="004C7437">
        <w:rPr>
          <w:rFonts w:asciiTheme="minorHAnsi" w:hAnsiTheme="minorHAnsi"/>
          <w:sz w:val="24"/>
          <w:szCs w:val="24"/>
        </w:rPr>
        <w:t>frecventă</w:t>
      </w:r>
      <w:proofErr w:type="spellEnd"/>
    </w:p>
    <w:p w14:paraId="1FA835E9"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Două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treimi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66,6%,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întâlnesc</w:t>
      </w:r>
      <w:proofErr w:type="spellEnd"/>
      <w:r w:rsidRPr="004C7437">
        <w:rPr>
          <w:rFonts w:asciiTheme="minorHAnsi" w:hAnsiTheme="minorHAnsi"/>
          <w:sz w:val="24"/>
          <w:szCs w:val="24"/>
        </w:rPr>
        <w:t xml:space="preserve"> des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des </w:t>
      </w:r>
      <w:proofErr w:type="spellStart"/>
      <w:r w:rsidRPr="004C7437">
        <w:rPr>
          <w:rFonts w:asciiTheme="minorHAnsi" w:hAnsiTheme="minorHAnsi"/>
          <w:sz w:val="24"/>
          <w:szCs w:val="24"/>
        </w:rPr>
        <w:t>informații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contradictorii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ori</w:t>
      </w:r>
      <w:proofErr w:type="spellEnd"/>
      <w:r w:rsidRPr="004C7437">
        <w:rPr>
          <w:rFonts w:asciiTheme="minorHAnsi" w:hAnsiTheme="minorHAnsi"/>
          <w:sz w:val="24"/>
          <w:szCs w:val="24"/>
        </w:rPr>
        <w:t xml:space="preserve"> pe care le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false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mass-media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pe </w:t>
      </w:r>
      <w:proofErr w:type="spellStart"/>
      <w:r w:rsidRPr="004C7437">
        <w:rPr>
          <w:rFonts w:asciiTheme="minorHAnsi" w:hAnsiTheme="minorHAnsi"/>
          <w:sz w:val="24"/>
          <w:szCs w:val="24"/>
        </w:rPr>
        <w:t>rețelele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sociale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18,2% au </w:t>
      </w:r>
      <w:proofErr w:type="spellStart"/>
      <w:r w:rsidRPr="004C7437">
        <w:rPr>
          <w:rFonts w:asciiTheme="minorHAnsi" w:hAnsiTheme="minorHAnsi"/>
          <w:sz w:val="24"/>
          <w:szCs w:val="24"/>
        </w:rPr>
        <w:t>multă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încredere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informațiile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primite</w:t>
      </w:r>
      <w:proofErr w:type="spellEnd"/>
      <w:r w:rsidRPr="004C7437">
        <w:rPr>
          <w:rFonts w:asciiTheme="minorHAnsi" w:hAnsiTheme="minorHAnsi"/>
          <w:sz w:val="24"/>
          <w:szCs w:val="24"/>
        </w:rPr>
        <w:t xml:space="preserve"> de pe </w:t>
      </w:r>
      <w:proofErr w:type="spellStart"/>
      <w:r w:rsidRPr="004C7437">
        <w:rPr>
          <w:rFonts w:asciiTheme="minorHAnsi" w:hAnsiTheme="minorHAnsi"/>
          <w:sz w:val="24"/>
          <w:szCs w:val="24"/>
        </w:rPr>
        <w:t>rețelele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sociale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68,1% au </w:t>
      </w:r>
      <w:proofErr w:type="spellStart"/>
      <w:r w:rsidRPr="004C7437">
        <w:rPr>
          <w:rFonts w:asciiTheme="minorHAnsi" w:hAnsiTheme="minorHAnsi"/>
          <w:sz w:val="24"/>
          <w:szCs w:val="24"/>
        </w:rPr>
        <w:t>puțină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deloc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încredere</w:t>
      </w:r>
      <w:proofErr w:type="spellEnd"/>
      <w:r w:rsidRPr="004C7437">
        <w:rPr>
          <w:rFonts w:asciiTheme="minorHAnsi" w:hAnsiTheme="minorHAnsi"/>
          <w:sz w:val="24"/>
          <w:szCs w:val="24"/>
        </w:rPr>
        <w:t xml:space="preserve">; 12,1%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folosesc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platforme</w:t>
      </w:r>
      <w:proofErr w:type="spellEnd"/>
      <w:r w:rsidRPr="004C7437">
        <w:rPr>
          <w:rFonts w:asciiTheme="minorHAnsi" w:hAnsiTheme="minorHAnsi"/>
          <w:sz w:val="24"/>
          <w:szCs w:val="24"/>
        </w:rPr>
        <w:t>.</w:t>
      </w:r>
    </w:p>
    <w:p w14:paraId="1328EF4F"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POLITICĂ ȘI ÎNCREDERE ÎN INSTITUȚII</w:t>
      </w:r>
    </w:p>
    <w:p w14:paraId="24715E00"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Interesul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limitat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discuțiile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frecvente</w:t>
      </w:r>
      <w:proofErr w:type="spellEnd"/>
    </w:p>
    <w:p w14:paraId="2C2FF799" w14:textId="77777777" w:rsidR="004D4CFD" w:rsidRPr="004C7437" w:rsidRDefault="00460E31">
      <w:pPr>
        <w:jc w:val="both"/>
        <w:rPr>
          <w:rFonts w:asciiTheme="minorHAnsi" w:hAnsiTheme="minorHAnsi"/>
          <w:sz w:val="24"/>
          <w:szCs w:val="24"/>
        </w:rPr>
      </w:pPr>
      <w:r w:rsidRPr="004C7437">
        <w:rPr>
          <w:rFonts w:asciiTheme="minorHAnsi" w:hAnsiTheme="minorHAnsi"/>
          <w:sz w:val="24"/>
          <w:szCs w:val="24"/>
        </w:rPr>
        <w:t xml:space="preserve">Un </w:t>
      </w:r>
      <w:proofErr w:type="spellStart"/>
      <w:r w:rsidRPr="004C7437">
        <w:rPr>
          <w:rFonts w:asciiTheme="minorHAnsi" w:hAnsiTheme="minorHAnsi"/>
          <w:sz w:val="24"/>
          <w:szCs w:val="24"/>
        </w:rPr>
        <w:t>interes</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26,8%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polul</w:t>
      </w:r>
      <w:proofErr w:type="spellEnd"/>
      <w:r w:rsidRPr="004C7437">
        <w:rPr>
          <w:rFonts w:asciiTheme="minorHAnsi" w:hAnsiTheme="minorHAnsi"/>
          <w:sz w:val="24"/>
          <w:szCs w:val="24"/>
        </w:rPr>
        <w:t xml:space="preserve"> opus, 44,5% sunt </w:t>
      </w:r>
      <w:proofErr w:type="spellStart"/>
      <w:r w:rsidRPr="004C7437">
        <w:rPr>
          <w:rFonts w:asciiTheme="minorHAnsi" w:hAnsiTheme="minorHAnsi"/>
          <w:sz w:val="24"/>
          <w:szCs w:val="24"/>
        </w:rPr>
        <w:t>puțin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deloc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interesați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28,5% au o </w:t>
      </w:r>
      <w:proofErr w:type="spellStart"/>
      <w:r w:rsidRPr="004C7437">
        <w:rPr>
          <w:rFonts w:asciiTheme="minorHAnsi" w:hAnsiTheme="minorHAnsi"/>
          <w:sz w:val="24"/>
          <w:szCs w:val="24"/>
        </w:rPr>
        <w:t>poziție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neutră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Totuși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62,3%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cazuri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temele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discutate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familie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cercul</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prieteni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colegi</w:t>
      </w:r>
      <w:proofErr w:type="spellEnd"/>
      <w:r w:rsidRPr="004C7437">
        <w:rPr>
          <w:rFonts w:asciiTheme="minorHAnsi" w:hAnsiTheme="minorHAnsi"/>
          <w:sz w:val="24"/>
          <w:szCs w:val="24"/>
        </w:rPr>
        <w:t xml:space="preserve">; 43,9%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participă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înșiși</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asemenea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discuții</w:t>
      </w:r>
      <w:proofErr w:type="spellEnd"/>
      <w:r w:rsidRPr="004C7437">
        <w:rPr>
          <w:rFonts w:asciiTheme="minorHAnsi" w:hAnsiTheme="minorHAnsi"/>
          <w:sz w:val="24"/>
          <w:szCs w:val="24"/>
        </w:rPr>
        <w:t>.</w:t>
      </w:r>
    </w:p>
    <w:p w14:paraId="473A7B01"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percepută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instabilă</w:t>
      </w:r>
      <w:proofErr w:type="spellEnd"/>
    </w:p>
    <w:p w14:paraId="298DA7B6"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Peste trei sferturi dintre respondenți, 76,2%, consideră că situația politică este puțin stabilă sau deloc stabilă. Numai 21,5% o apreciază drept stabilă sau foarte stabilă.</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3A67BC7F"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Instituțiile</w:t>
      </w:r>
      <w:proofErr w:type="spellEnd"/>
      <w:r w:rsidRPr="004C7437">
        <w:rPr>
          <w:rFonts w:asciiTheme="minorHAnsi" w:hAnsiTheme="minorHAnsi"/>
          <w:sz w:val="24"/>
          <w:szCs w:val="24"/>
        </w:rPr>
        <w:t xml:space="preserve"> locale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Biserica</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bucură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cea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încredere</w:t>
      </w:r>
      <w:proofErr w:type="spellEnd"/>
    </w:p>
    <w:p w14:paraId="38B723A3"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Biserica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înregistrează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ridicat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nivel</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încredere</w:t>
      </w:r>
      <w:proofErr w:type="spellEnd"/>
      <w:r w:rsidRPr="004C7437">
        <w:rPr>
          <w:rFonts w:asciiTheme="minorHAnsi" w:hAnsiTheme="minorHAnsi"/>
          <w:sz w:val="24"/>
          <w:szCs w:val="24"/>
        </w:rPr>
        <w:t xml:space="preserve">, de 68,5%, </w:t>
      </w:r>
      <w:proofErr w:type="spellStart"/>
      <w:r w:rsidRPr="004C7437">
        <w:rPr>
          <w:rFonts w:asciiTheme="minorHAnsi" w:hAnsiTheme="minorHAnsi"/>
          <w:sz w:val="24"/>
          <w:szCs w:val="24"/>
        </w:rPr>
        <w:t>urmată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primării</w:t>
      </w:r>
      <w:proofErr w:type="spellEnd"/>
      <w:r w:rsidRPr="004C7437">
        <w:rPr>
          <w:rFonts w:asciiTheme="minorHAnsi" w:hAnsiTheme="minorHAnsi"/>
          <w:sz w:val="24"/>
          <w:szCs w:val="24"/>
        </w:rPr>
        <w:t xml:space="preserve">, cu 66,0%.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poliție</w:t>
      </w:r>
      <w:proofErr w:type="spellEnd"/>
      <w:r w:rsidRPr="004C7437">
        <w:rPr>
          <w:rFonts w:asciiTheme="minorHAnsi" w:hAnsiTheme="minorHAnsi"/>
          <w:sz w:val="24"/>
          <w:szCs w:val="24"/>
        </w:rPr>
        <w:t xml:space="preserve"> au </w:t>
      </w:r>
      <w:proofErr w:type="spellStart"/>
      <w:r w:rsidRPr="004C7437">
        <w:rPr>
          <w:rFonts w:asciiTheme="minorHAnsi" w:hAnsiTheme="minorHAnsi"/>
          <w:sz w:val="24"/>
          <w:szCs w:val="24"/>
        </w:rPr>
        <w:t>încredere</w:t>
      </w:r>
      <w:proofErr w:type="spellEnd"/>
      <w:r w:rsidRPr="004C7437">
        <w:rPr>
          <w:rFonts w:asciiTheme="minorHAnsi" w:hAnsiTheme="minorHAnsi"/>
          <w:sz w:val="24"/>
          <w:szCs w:val="24"/>
        </w:rPr>
        <w:t xml:space="preserve"> 47,8%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mass-media 42,0%,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președintele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țării</w:t>
      </w:r>
      <w:proofErr w:type="spellEnd"/>
      <w:r w:rsidRPr="004C7437">
        <w:rPr>
          <w:rFonts w:asciiTheme="minorHAnsi" w:hAnsiTheme="minorHAnsi"/>
          <w:sz w:val="24"/>
          <w:szCs w:val="24"/>
        </w:rPr>
        <w:t xml:space="preserve"> 39,4%,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armată</w:t>
      </w:r>
      <w:proofErr w:type="spellEnd"/>
      <w:r w:rsidRPr="004C7437">
        <w:rPr>
          <w:rFonts w:asciiTheme="minorHAnsi" w:hAnsiTheme="minorHAnsi"/>
          <w:sz w:val="24"/>
          <w:szCs w:val="24"/>
        </w:rPr>
        <w:t xml:space="preserve"> 38,3%. </w:t>
      </w:r>
      <w:proofErr w:type="spellStart"/>
      <w:r w:rsidRPr="004C7437">
        <w:rPr>
          <w:rFonts w:asciiTheme="minorHAnsi" w:hAnsiTheme="minorHAnsi"/>
          <w:sz w:val="24"/>
          <w:szCs w:val="24"/>
        </w:rPr>
        <w:t>Nivelurile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scăzute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w:t>
      </w:r>
      <w:proofErr w:type="spellEnd"/>
      <w:r w:rsidRPr="004C7437">
        <w:rPr>
          <w:rFonts w:asciiTheme="minorHAnsi" w:hAnsiTheme="minorHAnsi"/>
          <w:sz w:val="24"/>
          <w:szCs w:val="24"/>
        </w:rPr>
        <w:t xml:space="preserve"> (31,6%), </w:t>
      </w:r>
      <w:proofErr w:type="spellStart"/>
      <w:r w:rsidRPr="004C7437">
        <w:rPr>
          <w:rFonts w:asciiTheme="minorHAnsi" w:hAnsiTheme="minorHAnsi"/>
          <w:sz w:val="24"/>
          <w:szCs w:val="24"/>
        </w:rPr>
        <w:t>Parlament</w:t>
      </w:r>
      <w:proofErr w:type="spellEnd"/>
      <w:r w:rsidRPr="004C7437">
        <w:rPr>
          <w:rFonts w:asciiTheme="minorHAnsi" w:hAnsiTheme="minorHAnsi"/>
          <w:sz w:val="24"/>
          <w:szCs w:val="24"/>
        </w:rPr>
        <w:t xml:space="preserve"> (29,6%), </w:t>
      </w:r>
      <w:proofErr w:type="spellStart"/>
      <w:r w:rsidRPr="004C7437">
        <w:rPr>
          <w:rFonts w:asciiTheme="minorHAnsi" w:hAnsiTheme="minorHAnsi"/>
          <w:sz w:val="24"/>
          <w:szCs w:val="24"/>
        </w:rPr>
        <w:t>justiție</w:t>
      </w:r>
      <w:proofErr w:type="spellEnd"/>
      <w:r w:rsidRPr="004C7437">
        <w:rPr>
          <w:rFonts w:asciiTheme="minorHAnsi" w:hAnsiTheme="minorHAnsi"/>
          <w:sz w:val="24"/>
          <w:szCs w:val="24"/>
        </w:rPr>
        <w:t xml:space="preserve"> (26,6%)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partidele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politice</w:t>
      </w:r>
      <w:proofErr w:type="spellEnd"/>
      <w:r w:rsidRPr="004C7437">
        <w:rPr>
          <w:rFonts w:asciiTheme="minorHAnsi" w:hAnsiTheme="minorHAnsi"/>
          <w:sz w:val="24"/>
          <w:szCs w:val="24"/>
        </w:rPr>
        <w:t xml:space="preserve"> (22,4%). </w:t>
      </w:r>
      <w:proofErr w:type="spellStart"/>
      <w:r w:rsidRPr="004C7437">
        <w:rPr>
          <w:rFonts w:asciiTheme="minorHAnsi" w:hAnsiTheme="minorHAnsi"/>
          <w:sz w:val="24"/>
          <w:szCs w:val="24"/>
        </w:rPr>
        <w:t>Evaluarea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primarilor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favorabilă</w:t>
      </w:r>
      <w:proofErr w:type="spellEnd"/>
      <w:r w:rsidRPr="004C7437">
        <w:rPr>
          <w:rFonts w:asciiTheme="minorHAnsi" w:hAnsiTheme="minorHAnsi"/>
          <w:sz w:val="24"/>
          <w:szCs w:val="24"/>
        </w:rPr>
        <w:t xml:space="preserve">: 65,3%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satisfăcuți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activitatea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primarului</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localitatea</w:t>
      </w:r>
      <w:proofErr w:type="spellEnd"/>
      <w:r w:rsidRPr="004C7437">
        <w:rPr>
          <w:rFonts w:asciiTheme="minorHAnsi" w:hAnsiTheme="minorHAnsi"/>
          <w:sz w:val="24"/>
          <w:szCs w:val="24"/>
        </w:rPr>
        <w:t xml:space="preserve"> lor,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18,2% sunt </w:t>
      </w:r>
      <w:proofErr w:type="spellStart"/>
      <w:r w:rsidRPr="004C7437">
        <w:rPr>
          <w:rFonts w:asciiTheme="minorHAnsi" w:hAnsiTheme="minorHAnsi"/>
          <w:sz w:val="24"/>
          <w:szCs w:val="24"/>
        </w:rPr>
        <w:t>nemulțumiți</w:t>
      </w:r>
      <w:proofErr w:type="spellEnd"/>
      <w:r w:rsidRPr="004C7437">
        <w:rPr>
          <w:rFonts w:asciiTheme="minorHAnsi" w:hAnsiTheme="minorHAnsi"/>
          <w:sz w:val="24"/>
          <w:szCs w:val="24"/>
        </w:rPr>
        <w:t>.</w:t>
      </w:r>
    </w:p>
    <w:p w14:paraId="64DEF356"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Corupția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asociată</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majoritatea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clasei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politice</w:t>
      </w:r>
      <w:proofErr w:type="spellEnd"/>
    </w:p>
    <w:p w14:paraId="52DE5F31" w14:textId="77777777" w:rsidR="0031052E" w:rsidRDefault="00460E31" w:rsidP="0031052E">
      <w:pPr>
        <w:jc w:val="both"/>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total, 61,3%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majoritatea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politicienilor</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corupți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Alți</w:t>
      </w:r>
      <w:proofErr w:type="spellEnd"/>
      <w:r w:rsidRPr="004C7437">
        <w:rPr>
          <w:rFonts w:asciiTheme="minorHAnsi" w:hAnsiTheme="minorHAnsi"/>
          <w:sz w:val="24"/>
          <w:szCs w:val="24"/>
        </w:rPr>
        <w:t xml:space="preserve"> 25,4%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unii</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corupți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8,0%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câțiva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niciun</w:t>
      </w:r>
      <w:proofErr w:type="spellEnd"/>
      <w:r w:rsidRPr="004C7437">
        <w:rPr>
          <w:rFonts w:asciiTheme="minorHAnsi" w:hAnsiTheme="minorHAnsi"/>
          <w:sz w:val="24"/>
          <w:szCs w:val="24"/>
        </w:rPr>
        <w:t xml:space="preserve"> politician nu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corupt</w:t>
      </w:r>
      <w:proofErr w:type="spellEnd"/>
      <w:r w:rsidRPr="004C7437">
        <w:rPr>
          <w:rFonts w:asciiTheme="minorHAnsi" w:hAnsiTheme="minorHAnsi"/>
          <w:sz w:val="24"/>
          <w:szCs w:val="24"/>
        </w:rPr>
        <w:t xml:space="preserve">. </w:t>
      </w:r>
      <w:proofErr w:type="spellStart"/>
      <w:r w:rsidR="0031052E">
        <w:t>Onestitatea</w:t>
      </w:r>
      <w:proofErr w:type="spellEnd"/>
      <w:r w:rsidR="0031052E">
        <w:t xml:space="preserve"> </w:t>
      </w:r>
      <w:proofErr w:type="spellStart"/>
      <w:r w:rsidR="0031052E">
        <w:t>este</w:t>
      </w:r>
      <w:proofErr w:type="spellEnd"/>
      <w:r w:rsidR="0031052E">
        <w:t xml:space="preserve"> </w:t>
      </w:r>
      <w:proofErr w:type="spellStart"/>
      <w:r w:rsidR="0031052E">
        <w:t>calitatea</w:t>
      </w:r>
      <w:proofErr w:type="spellEnd"/>
      <w:r w:rsidR="0031052E">
        <w:t xml:space="preserve"> </w:t>
      </w:r>
      <w:proofErr w:type="spellStart"/>
      <w:r w:rsidR="0031052E">
        <w:t>cel</w:t>
      </w:r>
      <w:proofErr w:type="spellEnd"/>
      <w:r w:rsidR="0031052E">
        <w:t xml:space="preserve"> </w:t>
      </w:r>
      <w:proofErr w:type="spellStart"/>
      <w:r w:rsidR="0031052E">
        <w:t>mai</w:t>
      </w:r>
      <w:proofErr w:type="spellEnd"/>
      <w:r w:rsidR="0031052E">
        <w:t xml:space="preserve"> des </w:t>
      </w:r>
      <w:proofErr w:type="spellStart"/>
      <w:r w:rsidR="0031052E">
        <w:t>menționată</w:t>
      </w:r>
      <w:proofErr w:type="spellEnd"/>
      <w:r w:rsidR="0031052E">
        <w:t xml:space="preserve"> ca </w:t>
      </w:r>
      <w:proofErr w:type="spellStart"/>
      <w:r w:rsidR="0031052E">
        <w:t>fiind</w:t>
      </w:r>
      <w:proofErr w:type="spellEnd"/>
      <w:r w:rsidR="0031052E">
        <w:t xml:space="preserve"> </w:t>
      </w:r>
      <w:proofErr w:type="spellStart"/>
      <w:r w:rsidR="0031052E">
        <w:t>importantă</w:t>
      </w:r>
      <w:proofErr w:type="spellEnd"/>
      <w:r w:rsidR="0031052E">
        <w:t xml:space="preserve"> </w:t>
      </w:r>
      <w:proofErr w:type="spellStart"/>
      <w:r w:rsidR="0031052E">
        <w:t>pentru</w:t>
      </w:r>
      <w:proofErr w:type="spellEnd"/>
      <w:r w:rsidR="0031052E">
        <w:t xml:space="preserve"> un om politic (39,2%). </w:t>
      </w:r>
      <w:proofErr w:type="spellStart"/>
      <w:r w:rsidR="0031052E">
        <w:t>Urmează</w:t>
      </w:r>
      <w:proofErr w:type="spellEnd"/>
      <w:r w:rsidR="0031052E">
        <w:t xml:space="preserve"> </w:t>
      </w:r>
      <w:proofErr w:type="spellStart"/>
      <w:r w:rsidR="0031052E">
        <w:t>apropierea</w:t>
      </w:r>
      <w:proofErr w:type="spellEnd"/>
      <w:r w:rsidR="0031052E">
        <w:t xml:space="preserve"> de </w:t>
      </w:r>
      <w:proofErr w:type="spellStart"/>
      <w:r w:rsidR="0031052E">
        <w:t>oameni</w:t>
      </w:r>
      <w:proofErr w:type="spellEnd"/>
      <w:r w:rsidR="0031052E">
        <w:t xml:space="preserve"> (36,2%) </w:t>
      </w:r>
      <w:proofErr w:type="spellStart"/>
      <w:r w:rsidR="0031052E">
        <w:t>și</w:t>
      </w:r>
      <w:proofErr w:type="spellEnd"/>
      <w:r w:rsidR="0031052E">
        <w:t xml:space="preserve"> </w:t>
      </w:r>
      <w:proofErr w:type="spellStart"/>
      <w:r w:rsidR="0031052E">
        <w:t>experiența</w:t>
      </w:r>
      <w:proofErr w:type="spellEnd"/>
      <w:r w:rsidR="0031052E">
        <w:t xml:space="preserve"> de </w:t>
      </w:r>
      <w:proofErr w:type="spellStart"/>
      <w:r w:rsidR="0031052E">
        <w:t>conducere</w:t>
      </w:r>
      <w:proofErr w:type="spellEnd"/>
      <w:r w:rsidR="0031052E">
        <w:t xml:space="preserve"> (30,7%).</w:t>
      </w:r>
    </w:p>
    <w:p w14:paraId="63973580" w14:textId="3B45E466" w:rsidR="004D4CFD" w:rsidRPr="0031052E" w:rsidRDefault="00460E31" w:rsidP="0031052E">
      <w:pPr>
        <w:jc w:val="both"/>
        <w:rPr>
          <w:rFonts w:asciiTheme="minorHAnsi" w:hAnsiTheme="minorHAnsi"/>
          <w:b/>
          <w:bCs/>
          <w:color w:val="984806" w:themeColor="accent6" w:themeShade="80"/>
          <w:sz w:val="24"/>
          <w:szCs w:val="24"/>
        </w:rPr>
      </w:pPr>
      <w:proofErr w:type="spellStart"/>
      <w:r w:rsidRPr="0031052E">
        <w:rPr>
          <w:rFonts w:asciiTheme="minorHAnsi" w:hAnsiTheme="minorHAnsi"/>
          <w:b/>
          <w:bCs/>
          <w:color w:val="984806" w:themeColor="accent6" w:themeShade="80"/>
          <w:sz w:val="24"/>
          <w:szCs w:val="24"/>
        </w:rPr>
        <w:t>Reprezentarea</w:t>
      </w:r>
      <w:proofErr w:type="spellEnd"/>
      <w:r w:rsidRPr="0031052E">
        <w:rPr>
          <w:rFonts w:asciiTheme="minorHAnsi" w:hAnsiTheme="minorHAnsi"/>
          <w:b/>
          <w:bCs/>
          <w:color w:val="984806" w:themeColor="accent6" w:themeShade="80"/>
          <w:sz w:val="24"/>
          <w:szCs w:val="24"/>
        </w:rPr>
        <w:t xml:space="preserve"> </w:t>
      </w:r>
      <w:proofErr w:type="spellStart"/>
      <w:r w:rsidRPr="0031052E">
        <w:rPr>
          <w:rFonts w:asciiTheme="minorHAnsi" w:hAnsiTheme="minorHAnsi"/>
          <w:b/>
          <w:bCs/>
          <w:color w:val="984806" w:themeColor="accent6" w:themeShade="80"/>
          <w:sz w:val="24"/>
          <w:szCs w:val="24"/>
        </w:rPr>
        <w:t>politică</w:t>
      </w:r>
      <w:proofErr w:type="spellEnd"/>
      <w:r w:rsidRPr="0031052E">
        <w:rPr>
          <w:rFonts w:asciiTheme="minorHAnsi" w:hAnsiTheme="minorHAnsi"/>
          <w:b/>
          <w:bCs/>
          <w:color w:val="984806" w:themeColor="accent6" w:themeShade="80"/>
          <w:sz w:val="24"/>
          <w:szCs w:val="24"/>
        </w:rPr>
        <w:t xml:space="preserve"> </w:t>
      </w:r>
      <w:proofErr w:type="spellStart"/>
      <w:r w:rsidRPr="0031052E">
        <w:rPr>
          <w:rFonts w:asciiTheme="minorHAnsi" w:hAnsiTheme="minorHAnsi"/>
          <w:b/>
          <w:bCs/>
          <w:color w:val="984806" w:themeColor="accent6" w:themeShade="80"/>
          <w:sz w:val="24"/>
          <w:szCs w:val="24"/>
        </w:rPr>
        <w:t>este</w:t>
      </w:r>
      <w:proofErr w:type="spellEnd"/>
      <w:r w:rsidRPr="0031052E">
        <w:rPr>
          <w:rFonts w:asciiTheme="minorHAnsi" w:hAnsiTheme="minorHAnsi"/>
          <w:b/>
          <w:bCs/>
          <w:color w:val="984806" w:themeColor="accent6" w:themeShade="80"/>
          <w:sz w:val="24"/>
          <w:szCs w:val="24"/>
        </w:rPr>
        <w:t xml:space="preserve"> </w:t>
      </w:r>
      <w:proofErr w:type="spellStart"/>
      <w:r w:rsidRPr="0031052E">
        <w:rPr>
          <w:rFonts w:asciiTheme="minorHAnsi" w:hAnsiTheme="minorHAnsi"/>
          <w:b/>
          <w:bCs/>
          <w:color w:val="984806" w:themeColor="accent6" w:themeShade="80"/>
          <w:sz w:val="24"/>
          <w:szCs w:val="24"/>
        </w:rPr>
        <w:t>insuficientă</w:t>
      </w:r>
      <w:proofErr w:type="spellEnd"/>
    </w:p>
    <w:p w14:paraId="3AEC54E1"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jumătate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49,2%, </w:t>
      </w:r>
      <w:proofErr w:type="spellStart"/>
      <w:r w:rsidRPr="004C7437">
        <w:rPr>
          <w:rFonts w:asciiTheme="minorHAnsi" w:hAnsiTheme="minorHAnsi"/>
          <w:sz w:val="24"/>
          <w:szCs w:val="24"/>
        </w:rPr>
        <w:t>afirmă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nu </w:t>
      </w:r>
      <w:proofErr w:type="spellStart"/>
      <w:r w:rsidRPr="004C7437">
        <w:rPr>
          <w:rFonts w:asciiTheme="minorHAnsi" w:hAnsiTheme="minorHAnsi"/>
          <w:sz w:val="24"/>
          <w:szCs w:val="24"/>
        </w:rPr>
        <w:t>există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niciun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nicio</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formațiune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le </w:t>
      </w:r>
      <w:proofErr w:type="spellStart"/>
      <w:r w:rsidRPr="004C7437">
        <w:rPr>
          <w:rFonts w:asciiTheme="minorHAnsi" w:hAnsiTheme="minorHAnsi"/>
          <w:sz w:val="24"/>
          <w:szCs w:val="24"/>
        </w:rPr>
        <w:t>reprezintă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interesele</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asemenea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formațiune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identificată</w:t>
      </w:r>
      <w:proofErr w:type="spellEnd"/>
      <w:r w:rsidRPr="004C7437">
        <w:rPr>
          <w:rFonts w:asciiTheme="minorHAnsi" w:hAnsiTheme="minorHAnsi"/>
          <w:sz w:val="24"/>
          <w:szCs w:val="24"/>
        </w:rPr>
        <w:t xml:space="preserve"> de 41,1%,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9,4% nu </w:t>
      </w:r>
      <w:proofErr w:type="spellStart"/>
      <w:r w:rsidRPr="004C7437">
        <w:rPr>
          <w:rFonts w:asciiTheme="minorHAnsi" w:hAnsiTheme="minorHAnsi"/>
          <w:sz w:val="24"/>
          <w:szCs w:val="24"/>
        </w:rPr>
        <w:t>știu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Întrebați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îmbunătăți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țară</w:t>
      </w:r>
      <w:proofErr w:type="spellEnd"/>
      <w:r w:rsidRPr="004C7437">
        <w:rPr>
          <w:rFonts w:asciiTheme="minorHAnsi" w:hAnsiTheme="minorHAnsi"/>
          <w:sz w:val="24"/>
          <w:szCs w:val="24"/>
        </w:rPr>
        <w:t xml:space="preserve">, 24,6% </w:t>
      </w:r>
      <w:proofErr w:type="spellStart"/>
      <w:r w:rsidRPr="004C7437">
        <w:rPr>
          <w:rFonts w:asciiTheme="minorHAnsi" w:hAnsiTheme="minorHAnsi"/>
          <w:sz w:val="24"/>
          <w:szCs w:val="24"/>
        </w:rPr>
        <w:t>indică</w:t>
      </w:r>
      <w:proofErr w:type="spellEnd"/>
      <w:r w:rsidRPr="004C7437">
        <w:rPr>
          <w:rFonts w:asciiTheme="minorHAnsi" w:hAnsiTheme="minorHAnsi"/>
          <w:sz w:val="24"/>
          <w:szCs w:val="24"/>
        </w:rPr>
        <w:t xml:space="preserve"> PAS, 10,1% PSRM, 8,0% </w:t>
      </w:r>
      <w:proofErr w:type="spellStart"/>
      <w:r w:rsidRPr="004C7437">
        <w:rPr>
          <w:rFonts w:asciiTheme="minorHAnsi" w:hAnsiTheme="minorHAnsi"/>
          <w:sz w:val="24"/>
          <w:szCs w:val="24"/>
        </w:rPr>
        <w:t>Partidul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Democrația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Acasă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4,0% </w:t>
      </w:r>
      <w:proofErr w:type="spellStart"/>
      <w:r w:rsidRPr="004C7437">
        <w:rPr>
          <w:rFonts w:asciiTheme="minorHAnsi" w:hAnsiTheme="minorHAnsi"/>
          <w:sz w:val="24"/>
          <w:szCs w:val="24"/>
        </w:rPr>
        <w:t>Partidul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lastRenderedPageBreak/>
        <w:t>Nostru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Totodată</w:t>
      </w:r>
      <w:proofErr w:type="spellEnd"/>
      <w:r w:rsidRPr="004C7437">
        <w:rPr>
          <w:rFonts w:asciiTheme="minorHAnsi" w:hAnsiTheme="minorHAnsi"/>
          <w:sz w:val="24"/>
          <w:szCs w:val="24"/>
        </w:rPr>
        <w:t xml:space="preserve">, 23,3% </w:t>
      </w:r>
      <w:proofErr w:type="spellStart"/>
      <w:r w:rsidRPr="004C7437">
        <w:rPr>
          <w:rFonts w:asciiTheme="minorHAnsi" w:hAnsiTheme="minorHAnsi"/>
          <w:sz w:val="24"/>
          <w:szCs w:val="24"/>
        </w:rPr>
        <w:t>răspund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niciun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partid</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putea</w:t>
      </w:r>
      <w:proofErr w:type="spellEnd"/>
      <w:r w:rsidRPr="004C7437">
        <w:rPr>
          <w:rFonts w:asciiTheme="minorHAnsi" w:hAnsiTheme="minorHAnsi"/>
          <w:sz w:val="24"/>
          <w:szCs w:val="24"/>
        </w:rPr>
        <w:t xml:space="preserve"> face </w:t>
      </w:r>
      <w:proofErr w:type="spellStart"/>
      <w:r w:rsidRPr="004C7437">
        <w:rPr>
          <w:rFonts w:asciiTheme="minorHAnsi" w:hAnsiTheme="minorHAnsi"/>
          <w:sz w:val="24"/>
          <w:szCs w:val="24"/>
        </w:rPr>
        <w:t>acest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lucru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15,4% nu </w:t>
      </w:r>
      <w:proofErr w:type="spellStart"/>
      <w:r w:rsidRPr="004C7437">
        <w:rPr>
          <w:rFonts w:asciiTheme="minorHAnsi" w:hAnsiTheme="minorHAnsi"/>
          <w:sz w:val="24"/>
          <w:szCs w:val="24"/>
        </w:rPr>
        <w:t>știu</w:t>
      </w:r>
      <w:proofErr w:type="spellEnd"/>
      <w:r w:rsidRPr="004C7437">
        <w:rPr>
          <w:rFonts w:asciiTheme="minorHAnsi" w:hAnsiTheme="minorHAnsi"/>
          <w:sz w:val="24"/>
          <w:szCs w:val="24"/>
        </w:rPr>
        <w:t>.</w:t>
      </w:r>
    </w:p>
    <w:p w14:paraId="17810C5D"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Participarea</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vot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importantă</w:t>
      </w:r>
      <w:proofErr w:type="spellEnd"/>
    </w:p>
    <w:p w14:paraId="4CC41058"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88,9%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important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important ca </w:t>
      </w:r>
      <w:proofErr w:type="spellStart"/>
      <w:r w:rsidRPr="004C7437">
        <w:rPr>
          <w:rFonts w:asciiTheme="minorHAnsi" w:hAnsiTheme="minorHAnsi"/>
          <w:sz w:val="24"/>
          <w:szCs w:val="24"/>
        </w:rPr>
        <w:t>cetățenii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voteze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Dacă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duminica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viitoare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avea</w:t>
      </w:r>
      <w:proofErr w:type="spellEnd"/>
      <w:r w:rsidRPr="004C7437">
        <w:rPr>
          <w:rFonts w:asciiTheme="minorHAnsi" w:hAnsiTheme="minorHAnsi"/>
          <w:sz w:val="24"/>
          <w:szCs w:val="24"/>
        </w:rPr>
        <w:t xml:space="preserve"> loc </w:t>
      </w:r>
      <w:proofErr w:type="spellStart"/>
      <w:r w:rsidRPr="004C7437">
        <w:rPr>
          <w:rFonts w:asciiTheme="minorHAnsi" w:hAnsiTheme="minorHAnsi"/>
          <w:sz w:val="24"/>
          <w:szCs w:val="24"/>
        </w:rPr>
        <w:t>alegeri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parlamentare</w:t>
      </w:r>
      <w:proofErr w:type="spellEnd"/>
      <w:r w:rsidRPr="004C7437">
        <w:rPr>
          <w:rFonts w:asciiTheme="minorHAnsi" w:hAnsiTheme="minorHAnsi"/>
          <w:sz w:val="24"/>
          <w:szCs w:val="24"/>
        </w:rPr>
        <w:t xml:space="preserve">, 80,9%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s-</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prezenta</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siguranță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8,4%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probabil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participa</w:t>
      </w:r>
      <w:proofErr w:type="spellEnd"/>
      <w:r w:rsidRPr="004C7437">
        <w:rPr>
          <w:rFonts w:asciiTheme="minorHAnsi" w:hAnsiTheme="minorHAnsi"/>
          <w:sz w:val="24"/>
          <w:szCs w:val="24"/>
        </w:rPr>
        <w:t>.</w:t>
      </w:r>
    </w:p>
    <w:p w14:paraId="18B3E187"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Intenția</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vot</w:t>
      </w:r>
      <w:proofErr w:type="spellEnd"/>
    </w:p>
    <w:p w14:paraId="47DFBE8D"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Raportate</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totalul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eșantionului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intențiile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vot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plasează</w:t>
      </w:r>
      <w:proofErr w:type="spellEnd"/>
      <w:r w:rsidRPr="004C7437">
        <w:rPr>
          <w:rFonts w:asciiTheme="minorHAnsi" w:hAnsiTheme="minorHAnsi"/>
          <w:sz w:val="24"/>
          <w:szCs w:val="24"/>
        </w:rPr>
        <w:t xml:space="preserve"> PAS pe </w:t>
      </w:r>
      <w:proofErr w:type="spellStart"/>
      <w:r w:rsidRPr="004C7437">
        <w:rPr>
          <w:rFonts w:asciiTheme="minorHAnsi" w:hAnsiTheme="minorHAnsi"/>
          <w:sz w:val="24"/>
          <w:szCs w:val="24"/>
        </w:rPr>
        <w:t>primul</w:t>
      </w:r>
      <w:proofErr w:type="spellEnd"/>
      <w:r w:rsidRPr="004C7437">
        <w:rPr>
          <w:rFonts w:asciiTheme="minorHAnsi" w:hAnsiTheme="minorHAnsi"/>
          <w:sz w:val="24"/>
          <w:szCs w:val="24"/>
        </w:rPr>
        <w:t xml:space="preserve"> loc, cu 27,0%, </w:t>
      </w:r>
      <w:proofErr w:type="spellStart"/>
      <w:r w:rsidRPr="004C7437">
        <w:rPr>
          <w:rFonts w:asciiTheme="minorHAnsi" w:hAnsiTheme="minorHAnsi"/>
          <w:sz w:val="24"/>
          <w:szCs w:val="24"/>
        </w:rPr>
        <w:t>urmat</w:t>
      </w:r>
      <w:proofErr w:type="spellEnd"/>
      <w:r w:rsidRPr="004C7437">
        <w:rPr>
          <w:rFonts w:asciiTheme="minorHAnsi" w:hAnsiTheme="minorHAnsi"/>
          <w:sz w:val="24"/>
          <w:szCs w:val="24"/>
        </w:rPr>
        <w:t xml:space="preserve"> de PSRM cu 11,2%, </w:t>
      </w:r>
      <w:proofErr w:type="spellStart"/>
      <w:r w:rsidRPr="004C7437">
        <w:rPr>
          <w:rFonts w:asciiTheme="minorHAnsi" w:hAnsiTheme="minorHAnsi"/>
          <w:sz w:val="24"/>
          <w:szCs w:val="24"/>
        </w:rPr>
        <w:t>Partidul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Democrația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Acasă</w:t>
      </w:r>
      <w:proofErr w:type="spellEnd"/>
      <w:r w:rsidRPr="004C7437">
        <w:rPr>
          <w:rFonts w:asciiTheme="minorHAnsi" w:hAnsiTheme="minorHAnsi"/>
          <w:sz w:val="24"/>
          <w:szCs w:val="24"/>
        </w:rPr>
        <w:t xml:space="preserve"> cu 8,6%, </w:t>
      </w:r>
      <w:proofErr w:type="spellStart"/>
      <w:r w:rsidRPr="004C7437">
        <w:rPr>
          <w:rFonts w:asciiTheme="minorHAnsi" w:hAnsiTheme="minorHAnsi"/>
          <w:sz w:val="24"/>
          <w:szCs w:val="24"/>
        </w:rPr>
        <w:t>Partidul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Nostru</w:t>
      </w:r>
      <w:proofErr w:type="spellEnd"/>
      <w:r w:rsidRPr="004C7437">
        <w:rPr>
          <w:rFonts w:asciiTheme="minorHAnsi" w:hAnsiTheme="minorHAnsi"/>
          <w:sz w:val="24"/>
          <w:szCs w:val="24"/>
        </w:rPr>
        <w:t xml:space="preserve"> cu 5,7%, PCRM cu 4,5%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MAN cu 3,0%. </w:t>
      </w:r>
      <w:proofErr w:type="spellStart"/>
      <w:r w:rsidRPr="004C7437">
        <w:rPr>
          <w:rFonts w:asciiTheme="minorHAnsi" w:hAnsiTheme="minorHAnsi"/>
          <w:sz w:val="24"/>
          <w:szCs w:val="24"/>
        </w:rPr>
        <w:t>Celelalte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formațiuni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întrunesc</w:t>
      </w:r>
      <w:proofErr w:type="spellEnd"/>
      <w:r w:rsidRPr="004C7437">
        <w:rPr>
          <w:rFonts w:asciiTheme="minorHAnsi" w:hAnsiTheme="minorHAnsi"/>
          <w:sz w:val="24"/>
          <w:szCs w:val="24"/>
        </w:rPr>
        <w:t xml:space="preserve"> sub 2% </w:t>
      </w:r>
      <w:proofErr w:type="spellStart"/>
      <w:r w:rsidRPr="004C7437">
        <w:rPr>
          <w:rFonts w:asciiTheme="minorHAnsi" w:hAnsiTheme="minorHAnsi"/>
          <w:sz w:val="24"/>
          <w:szCs w:val="24"/>
        </w:rPr>
        <w:t>fiecare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Ponderea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celor</w:t>
      </w:r>
      <w:proofErr w:type="spellEnd"/>
      <w:r w:rsidRPr="004C7437">
        <w:rPr>
          <w:rFonts w:asciiTheme="minorHAnsi" w:hAnsiTheme="minorHAnsi"/>
          <w:sz w:val="24"/>
          <w:szCs w:val="24"/>
        </w:rPr>
        <w:t xml:space="preserve"> care nu </w:t>
      </w:r>
      <w:proofErr w:type="spellStart"/>
      <w:r w:rsidRPr="004C7437">
        <w:rPr>
          <w:rFonts w:asciiTheme="minorHAnsi" w:hAnsiTheme="minorHAnsi"/>
          <w:sz w:val="24"/>
          <w:szCs w:val="24"/>
        </w:rPr>
        <w:t>știu</w:t>
      </w:r>
      <w:proofErr w:type="spellEnd"/>
      <w:r w:rsidRPr="004C7437">
        <w:rPr>
          <w:rFonts w:asciiTheme="minorHAnsi" w:hAnsiTheme="minorHAnsi"/>
          <w:sz w:val="24"/>
          <w:szCs w:val="24"/>
        </w:rPr>
        <w:t xml:space="preserve"> cu cine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de 24,2%; 4,8% nu </w:t>
      </w:r>
      <w:proofErr w:type="spellStart"/>
      <w:r w:rsidRPr="004C7437">
        <w:rPr>
          <w:rFonts w:asciiTheme="minorHAnsi" w:hAnsiTheme="minorHAnsi"/>
          <w:sz w:val="24"/>
          <w:szCs w:val="24"/>
        </w:rPr>
        <w:t>răspund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4,9%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procente</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reprezintă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redistribuire</w:t>
      </w:r>
      <w:proofErr w:type="spellEnd"/>
      <w:r w:rsidRPr="004C7437">
        <w:rPr>
          <w:rFonts w:asciiTheme="minorHAnsi" w:hAnsiTheme="minorHAnsi"/>
          <w:sz w:val="24"/>
          <w:szCs w:val="24"/>
        </w:rPr>
        <w:t xml:space="preserve"> </w:t>
      </w:r>
      <w:proofErr w:type="gramStart"/>
      <w:r w:rsidRPr="004C7437">
        <w:rPr>
          <w:rFonts w:asciiTheme="minorHAnsi" w:hAnsiTheme="minorHAnsi"/>
          <w:sz w:val="24"/>
          <w:szCs w:val="24"/>
        </w:rPr>
        <w:t>a</w:t>
      </w:r>
      <w:proofErr w:type="gramEnd"/>
      <w:r w:rsidRPr="004C7437">
        <w:rPr>
          <w:rFonts w:asciiTheme="minorHAnsi" w:hAnsiTheme="minorHAnsi"/>
          <w:sz w:val="24"/>
          <w:szCs w:val="24"/>
        </w:rPr>
        <w:t xml:space="preserve"> </w:t>
      </w:r>
      <w:proofErr w:type="spellStart"/>
      <w:r w:rsidRPr="004C7437">
        <w:rPr>
          <w:rFonts w:asciiTheme="minorHAnsi" w:hAnsiTheme="minorHAnsi"/>
          <w:sz w:val="24"/>
          <w:szCs w:val="24"/>
        </w:rPr>
        <w:t>opțiunilor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alegătorilor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deciși</w:t>
      </w:r>
      <w:proofErr w:type="spellEnd"/>
      <w:r w:rsidRPr="004C7437">
        <w:rPr>
          <w:rFonts w:asciiTheme="minorHAnsi" w:hAnsiTheme="minorHAnsi"/>
          <w:sz w:val="24"/>
          <w:szCs w:val="24"/>
        </w:rPr>
        <w:t>.</w:t>
      </w:r>
    </w:p>
    <w:p w14:paraId="6D9DFE23"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Percepțiile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asupra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activității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noului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rezervate</w:t>
      </w:r>
      <w:proofErr w:type="spellEnd"/>
    </w:p>
    <w:p w14:paraId="612B7987"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După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venirea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Vasile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Tofan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fruntea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Guvernului</w:t>
      </w:r>
      <w:proofErr w:type="spellEnd"/>
      <w:r w:rsidRPr="004C7437">
        <w:rPr>
          <w:rFonts w:asciiTheme="minorHAnsi" w:hAnsiTheme="minorHAnsi"/>
          <w:sz w:val="24"/>
          <w:szCs w:val="24"/>
        </w:rPr>
        <w:t xml:space="preserve">, 42,9%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țară</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rămas</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fel</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schimbare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spre</w:t>
      </w:r>
      <w:proofErr w:type="spellEnd"/>
      <w:r w:rsidRPr="004C7437">
        <w:rPr>
          <w:rFonts w:asciiTheme="minorHAnsi" w:hAnsiTheme="minorHAnsi"/>
          <w:sz w:val="24"/>
          <w:szCs w:val="24"/>
        </w:rPr>
        <w:t xml:space="preserve"> bine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remarcată</w:t>
      </w:r>
      <w:proofErr w:type="spellEnd"/>
      <w:r w:rsidRPr="004C7437">
        <w:rPr>
          <w:rFonts w:asciiTheme="minorHAnsi" w:hAnsiTheme="minorHAnsi"/>
          <w:sz w:val="24"/>
          <w:szCs w:val="24"/>
        </w:rPr>
        <w:t xml:space="preserve"> de 13,6%,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una </w:t>
      </w:r>
      <w:proofErr w:type="spellStart"/>
      <w:r w:rsidRPr="004C7437">
        <w:rPr>
          <w:rFonts w:asciiTheme="minorHAnsi" w:hAnsiTheme="minorHAnsi"/>
          <w:sz w:val="24"/>
          <w:szCs w:val="24"/>
        </w:rPr>
        <w:t>spre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rău</w:t>
      </w:r>
      <w:proofErr w:type="spellEnd"/>
      <w:r w:rsidRPr="004C7437">
        <w:rPr>
          <w:rFonts w:asciiTheme="minorHAnsi" w:hAnsiTheme="minorHAnsi"/>
          <w:sz w:val="24"/>
          <w:szCs w:val="24"/>
        </w:rPr>
        <w:t xml:space="preserve"> de 16,3%. </w:t>
      </w:r>
      <w:proofErr w:type="spellStart"/>
      <w:r w:rsidRPr="004C7437">
        <w:rPr>
          <w:rFonts w:asciiTheme="minorHAnsi" w:hAnsiTheme="minorHAnsi"/>
          <w:sz w:val="24"/>
          <w:szCs w:val="24"/>
        </w:rPr>
        <w:t>Totodată</w:t>
      </w:r>
      <w:proofErr w:type="spellEnd"/>
      <w:r w:rsidRPr="004C7437">
        <w:rPr>
          <w:rFonts w:asciiTheme="minorHAnsi" w:hAnsiTheme="minorHAnsi"/>
          <w:sz w:val="24"/>
          <w:szCs w:val="24"/>
        </w:rPr>
        <w:t xml:space="preserve">, 15,5%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nu au </w:t>
      </w:r>
      <w:proofErr w:type="spellStart"/>
      <w:r w:rsidRPr="004C7437">
        <w:rPr>
          <w:rFonts w:asciiTheme="minorHAnsi" w:hAnsiTheme="minorHAnsi"/>
          <w:sz w:val="24"/>
          <w:szCs w:val="24"/>
        </w:rPr>
        <w:t>auzit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despre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această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schimbare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11,2% nu au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w:t>
      </w:r>
    </w:p>
    <w:p w14:paraId="5BE210C6"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Acțiunile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anticorupție</w:t>
      </w:r>
      <w:proofErr w:type="spellEnd"/>
      <w:r w:rsidRPr="004C7437">
        <w:rPr>
          <w:rFonts w:asciiTheme="minorHAnsi" w:hAnsiTheme="minorHAnsi"/>
          <w:sz w:val="24"/>
          <w:szCs w:val="24"/>
        </w:rPr>
        <w:t xml:space="preserve"> sunt interpretate </w:t>
      </w:r>
      <w:proofErr w:type="spellStart"/>
      <w:r w:rsidRPr="004C7437">
        <w:rPr>
          <w:rFonts w:asciiTheme="minorHAnsi" w:hAnsiTheme="minorHAnsi"/>
          <w:sz w:val="24"/>
          <w:szCs w:val="24"/>
        </w:rPr>
        <w:t>diferit</w:t>
      </w:r>
      <w:proofErr w:type="spellEnd"/>
    </w:p>
    <w:p w14:paraId="0AAA68E1"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29,5%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acțiunile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recente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combatere</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corupției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reprezintă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începutul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Alți</w:t>
      </w:r>
      <w:proofErr w:type="spellEnd"/>
      <w:r w:rsidRPr="004C7437">
        <w:rPr>
          <w:rFonts w:asciiTheme="minorHAnsi" w:hAnsiTheme="minorHAnsi"/>
          <w:sz w:val="24"/>
          <w:szCs w:val="24"/>
        </w:rPr>
        <w:t xml:space="preserve"> 24,1% le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acțiuni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electorale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menite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ridice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ratingul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candidat</w:t>
      </w:r>
      <w:proofErr w:type="spellEnd"/>
      <w:r w:rsidRPr="004C7437">
        <w:rPr>
          <w:rFonts w:asciiTheme="minorHAnsi" w:hAnsiTheme="minorHAnsi"/>
          <w:sz w:val="24"/>
          <w:szCs w:val="24"/>
        </w:rPr>
        <w:t xml:space="preserve">, 22,3% le </w:t>
      </w:r>
      <w:proofErr w:type="spellStart"/>
      <w:r w:rsidRPr="004C7437">
        <w:rPr>
          <w:rFonts w:asciiTheme="minorHAnsi" w:hAnsiTheme="minorHAnsi"/>
          <w:sz w:val="24"/>
          <w:szCs w:val="24"/>
        </w:rPr>
        <w:t>văd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imitare</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reformelor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10,9%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reglare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conturi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grupuri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oligarhice</w:t>
      </w:r>
      <w:proofErr w:type="spellEnd"/>
      <w:r w:rsidRPr="004C7437">
        <w:rPr>
          <w:rFonts w:asciiTheme="minorHAnsi" w:hAnsiTheme="minorHAnsi"/>
          <w:sz w:val="24"/>
          <w:szCs w:val="24"/>
        </w:rPr>
        <w:t>.</w:t>
      </w:r>
    </w:p>
    <w:p w14:paraId="46863743"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DEMOCRAȚIE ȘI LIBERTĂȚI PUBLICE</w:t>
      </w:r>
    </w:p>
    <w:p w14:paraId="2602CFAC"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Majoritatea</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voința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cetățenilor</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reflectă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guvernare</w:t>
      </w:r>
      <w:proofErr w:type="spellEnd"/>
    </w:p>
    <w:p w14:paraId="54E5B427"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sferturi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72,1%,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nu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guvernată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voința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poporului</w:t>
      </w:r>
      <w:proofErr w:type="spellEnd"/>
      <w:r w:rsidRPr="004C7437">
        <w:rPr>
          <w:rFonts w:asciiTheme="minorHAnsi" w:hAnsiTheme="minorHAnsi"/>
          <w:sz w:val="24"/>
          <w:szCs w:val="24"/>
        </w:rPr>
        <w:t xml:space="preserve">; 21,6% au </w:t>
      </w:r>
      <w:proofErr w:type="spellStart"/>
      <w:r w:rsidRPr="004C7437">
        <w:rPr>
          <w:rFonts w:asciiTheme="minorHAnsi" w:hAnsiTheme="minorHAnsi"/>
          <w:sz w:val="24"/>
          <w:szCs w:val="24"/>
        </w:rPr>
        <w:t>opinia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contrară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același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59,0% nu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alegerile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libere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corecte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față</w:t>
      </w:r>
      <w:proofErr w:type="spellEnd"/>
      <w:r w:rsidRPr="004C7437">
        <w:rPr>
          <w:rFonts w:asciiTheme="minorHAnsi" w:hAnsiTheme="minorHAnsi"/>
          <w:sz w:val="24"/>
          <w:szCs w:val="24"/>
        </w:rPr>
        <w:t xml:space="preserve"> de 34,5% care le </w:t>
      </w:r>
      <w:proofErr w:type="spellStart"/>
      <w:r w:rsidRPr="004C7437">
        <w:rPr>
          <w:rFonts w:asciiTheme="minorHAnsi" w:hAnsiTheme="minorHAnsi"/>
          <w:sz w:val="24"/>
          <w:szCs w:val="24"/>
        </w:rPr>
        <w:t>apreciază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astfel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Totodată</w:t>
      </w:r>
      <w:proofErr w:type="spellEnd"/>
      <w:r w:rsidRPr="004C7437">
        <w:rPr>
          <w:rFonts w:asciiTheme="minorHAnsi" w:hAnsiTheme="minorHAnsi"/>
          <w:sz w:val="24"/>
          <w:szCs w:val="24"/>
        </w:rPr>
        <w:t xml:space="preserve">, 68,8% </w:t>
      </w:r>
      <w:proofErr w:type="spellStart"/>
      <w:r w:rsidRPr="004C7437">
        <w:rPr>
          <w:rFonts w:asciiTheme="minorHAnsi" w:hAnsiTheme="minorHAnsi"/>
          <w:sz w:val="24"/>
          <w:szCs w:val="24"/>
        </w:rPr>
        <w:t>afirmă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Parlamentul</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opiniile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cetățenilor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atunci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când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adoptă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legi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politici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noi</w:t>
      </w:r>
      <w:proofErr w:type="spellEnd"/>
      <w:r w:rsidRPr="004C7437">
        <w:rPr>
          <w:rFonts w:asciiTheme="minorHAnsi" w:hAnsiTheme="minorHAnsi"/>
          <w:sz w:val="24"/>
          <w:szCs w:val="24"/>
        </w:rPr>
        <w:t>.</w:t>
      </w:r>
    </w:p>
    <w:p w14:paraId="0B3D1EA1"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Libertatea</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exprimare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evaluată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contradictoriu</w:t>
      </w:r>
      <w:proofErr w:type="spellEnd"/>
    </w:p>
    <w:p w14:paraId="42CCAD87" w14:textId="44835C28" w:rsidR="009B47DA" w:rsidRDefault="00460E31">
      <w:pPr>
        <w:jc w:val="both"/>
        <w:rPr>
          <w:rFonts w:asciiTheme="minorHAnsi" w:hAnsiTheme="minorHAnsi"/>
          <w:sz w:val="24"/>
          <w:szCs w:val="24"/>
        </w:rPr>
      </w:pPr>
      <w:r w:rsidRPr="004C7437">
        <w:rPr>
          <w:rFonts w:asciiTheme="minorHAnsi" w:hAnsiTheme="minorHAnsi"/>
          <w:sz w:val="24"/>
          <w:szCs w:val="24"/>
        </w:rPr>
        <w:t xml:space="preserve">Mai </w:t>
      </w:r>
      <w:proofErr w:type="spellStart"/>
      <w:r w:rsidRPr="004C7437">
        <w:rPr>
          <w:rFonts w:asciiTheme="minorHAnsi" w:hAnsiTheme="minorHAnsi"/>
          <w:sz w:val="24"/>
          <w:szCs w:val="24"/>
        </w:rPr>
        <w:t>mult</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jumătate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52,3%,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oamenii</w:t>
      </w:r>
      <w:proofErr w:type="spellEnd"/>
      <w:r w:rsidRPr="004C7437">
        <w:rPr>
          <w:rFonts w:asciiTheme="minorHAnsi" w:hAnsiTheme="minorHAnsi"/>
          <w:sz w:val="24"/>
          <w:szCs w:val="24"/>
        </w:rPr>
        <w:t xml:space="preserve"> pot </w:t>
      </w:r>
      <w:proofErr w:type="spellStart"/>
      <w:r w:rsidRPr="004C7437">
        <w:rPr>
          <w:rFonts w:asciiTheme="minorHAnsi" w:hAnsiTheme="minorHAnsi"/>
          <w:sz w:val="24"/>
          <w:szCs w:val="24"/>
        </w:rPr>
        <w:t>critica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deschis</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42,8% nu </w:t>
      </w:r>
      <w:proofErr w:type="spellStart"/>
      <w:r w:rsidRPr="004C7437">
        <w:rPr>
          <w:rFonts w:asciiTheme="minorHAnsi" w:hAnsiTheme="minorHAnsi"/>
          <w:sz w:val="24"/>
          <w:szCs w:val="24"/>
        </w:rPr>
        <w:t>împărtășesc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această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același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54,0%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mass-media nu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liberă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prezinte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știri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comentarii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fără</w:t>
      </w:r>
      <w:proofErr w:type="spellEnd"/>
      <w:r w:rsidRPr="004C7437">
        <w:rPr>
          <w:rFonts w:asciiTheme="minorHAnsi" w:hAnsiTheme="minorHAnsi"/>
          <w:sz w:val="24"/>
          <w:szCs w:val="24"/>
        </w:rPr>
        <w:t xml:space="preserve"> control din </w:t>
      </w:r>
      <w:proofErr w:type="spellStart"/>
      <w:r w:rsidRPr="004C7437">
        <w:rPr>
          <w:rFonts w:asciiTheme="minorHAnsi" w:hAnsiTheme="minorHAnsi"/>
          <w:sz w:val="24"/>
          <w:szCs w:val="24"/>
        </w:rPr>
        <w:t>partea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Guvernului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38,1%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presa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liberă</w:t>
      </w:r>
      <w:proofErr w:type="spellEnd"/>
      <w:r w:rsidRPr="004C7437">
        <w:rPr>
          <w:rFonts w:asciiTheme="minorHAnsi" w:hAnsiTheme="minorHAnsi"/>
          <w:sz w:val="24"/>
          <w:szCs w:val="24"/>
        </w:rPr>
        <w:t>.</w:t>
      </w:r>
      <w:r w:rsidR="009B47DA">
        <w:rPr>
          <w:rFonts w:asciiTheme="minorHAnsi" w:hAnsiTheme="minorHAnsi"/>
          <w:sz w:val="24"/>
          <w:szCs w:val="24"/>
        </w:rPr>
        <w:br w:type="page"/>
      </w:r>
    </w:p>
    <w:p w14:paraId="4129DFDF"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lastRenderedPageBreak/>
        <w:t>Majoritatea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respinge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restrângerea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drepturilor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democratice</w:t>
      </w:r>
      <w:proofErr w:type="spellEnd"/>
    </w:p>
    <w:p w14:paraId="7E7E40F4"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Majoritatea respondenților consideră inadmisibile următoarele măsuri: limitarea dreptului de a pleca peste hotare (83,5%), interzicerea mitingurilor și demonstrațiilor (71,9%), interzicerea partidelor de opoziție (70,9%), anularea alegerilor planificate (64,6%), instituirea cenzurii în mass-media (62,2%) și desființarea Parlamentului pentru guvernarea prin decret (61,3%). Totuși, între 13,2% și 31,1% consideră admisibile diferite asemenea măsuri, în funcție de situația propusă.</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4C8ED3C4" w14:textId="0A0C871D"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Mediul</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afaceri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asociat</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riscul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corupției</w:t>
      </w:r>
      <w:proofErr w:type="spellEnd"/>
    </w:p>
    <w:p w14:paraId="1E5EDB40"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două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treimi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63,9%, nu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oamenii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își</w:t>
      </w:r>
      <w:proofErr w:type="spellEnd"/>
      <w:r w:rsidRPr="004C7437">
        <w:rPr>
          <w:rFonts w:asciiTheme="minorHAnsi" w:hAnsiTheme="minorHAnsi"/>
          <w:sz w:val="24"/>
          <w:szCs w:val="24"/>
        </w:rPr>
        <w:t xml:space="preserve"> pot conduce </w:t>
      </w:r>
      <w:proofErr w:type="spellStart"/>
      <w:r w:rsidRPr="004C7437">
        <w:rPr>
          <w:rFonts w:asciiTheme="minorHAnsi" w:hAnsiTheme="minorHAnsi"/>
          <w:sz w:val="24"/>
          <w:szCs w:val="24"/>
        </w:rPr>
        <w:t>afacerile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fără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fie </w:t>
      </w:r>
      <w:proofErr w:type="spellStart"/>
      <w:r w:rsidRPr="004C7437">
        <w:rPr>
          <w:rFonts w:asciiTheme="minorHAnsi" w:hAnsiTheme="minorHAnsi"/>
          <w:sz w:val="24"/>
          <w:szCs w:val="24"/>
        </w:rPr>
        <w:t>nevoiți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plătească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funcționarilor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24,4%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acest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lucru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posibil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11,1% nu au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w:t>
      </w:r>
    </w:p>
    <w:p w14:paraId="380DDFF2"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RELAȚII EXTERNE ȘI INTEGRARE EUROPEANĂ</w:t>
      </w:r>
    </w:p>
    <w:p w14:paraId="07551B83"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Relațiile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bine </w:t>
      </w:r>
      <w:proofErr w:type="spellStart"/>
      <w:r w:rsidRPr="004C7437">
        <w:rPr>
          <w:rFonts w:asciiTheme="minorHAnsi" w:hAnsiTheme="minorHAnsi"/>
          <w:sz w:val="24"/>
          <w:szCs w:val="24"/>
        </w:rPr>
        <w:t>apreciate</w:t>
      </w:r>
      <w:proofErr w:type="spellEnd"/>
    </w:p>
    <w:p w14:paraId="670D26D6"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Relațiile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Republicii</w:t>
      </w:r>
      <w:proofErr w:type="spellEnd"/>
      <w:r w:rsidRPr="004C7437">
        <w:rPr>
          <w:rFonts w:asciiTheme="minorHAnsi" w:hAnsiTheme="minorHAnsi"/>
          <w:sz w:val="24"/>
          <w:szCs w:val="24"/>
        </w:rPr>
        <w:t xml:space="preserve"> Moldova cu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sunt evaluate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bune</w:t>
      </w:r>
      <w:proofErr w:type="spellEnd"/>
      <w:r w:rsidRPr="004C7437">
        <w:rPr>
          <w:rFonts w:asciiTheme="minorHAnsi" w:hAnsiTheme="minorHAnsi"/>
          <w:sz w:val="24"/>
          <w:szCs w:val="24"/>
        </w:rPr>
        <w:t xml:space="preserve"> de 82,0%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de 81,9%. </w:t>
      </w:r>
      <w:proofErr w:type="spellStart"/>
      <w:r w:rsidRPr="004C7437">
        <w:rPr>
          <w:rFonts w:asciiTheme="minorHAnsi" w:hAnsiTheme="minorHAnsi"/>
          <w:sz w:val="24"/>
          <w:szCs w:val="24"/>
        </w:rPr>
        <w:t>Urmează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Ucraina</w:t>
      </w:r>
      <w:proofErr w:type="spellEnd"/>
      <w:r w:rsidRPr="004C7437">
        <w:rPr>
          <w:rFonts w:asciiTheme="minorHAnsi" w:hAnsiTheme="minorHAnsi"/>
          <w:sz w:val="24"/>
          <w:szCs w:val="24"/>
        </w:rPr>
        <w:t xml:space="preserve"> (77,6%), </w:t>
      </w:r>
      <w:proofErr w:type="spellStart"/>
      <w:r w:rsidRPr="004C7437">
        <w:rPr>
          <w:rFonts w:asciiTheme="minorHAnsi" w:hAnsiTheme="minorHAnsi"/>
          <w:sz w:val="24"/>
          <w:szCs w:val="24"/>
        </w:rPr>
        <w:t>Franța</w:t>
      </w:r>
      <w:proofErr w:type="spellEnd"/>
      <w:r w:rsidRPr="004C7437">
        <w:rPr>
          <w:rFonts w:asciiTheme="minorHAnsi" w:hAnsiTheme="minorHAnsi"/>
          <w:sz w:val="24"/>
          <w:szCs w:val="24"/>
        </w:rPr>
        <w:t xml:space="preserve"> (74,2%), Germania (72,7%)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Statele</w:t>
      </w:r>
      <w:proofErr w:type="spellEnd"/>
      <w:r w:rsidRPr="004C7437">
        <w:rPr>
          <w:rFonts w:asciiTheme="minorHAnsi" w:hAnsiTheme="minorHAnsi"/>
          <w:sz w:val="24"/>
          <w:szCs w:val="24"/>
        </w:rPr>
        <w:t xml:space="preserve"> Unite ale </w:t>
      </w:r>
      <w:proofErr w:type="spellStart"/>
      <w:r w:rsidRPr="004C7437">
        <w:rPr>
          <w:rFonts w:asciiTheme="minorHAnsi" w:hAnsiTheme="minorHAnsi"/>
          <w:sz w:val="24"/>
          <w:szCs w:val="24"/>
        </w:rPr>
        <w:t>Americii</w:t>
      </w:r>
      <w:proofErr w:type="spellEnd"/>
      <w:r w:rsidRPr="004C7437">
        <w:rPr>
          <w:rFonts w:asciiTheme="minorHAnsi" w:hAnsiTheme="minorHAnsi"/>
          <w:sz w:val="24"/>
          <w:szCs w:val="24"/>
        </w:rPr>
        <w:t xml:space="preserve"> (63,1%). </w:t>
      </w:r>
      <w:proofErr w:type="spellStart"/>
      <w:r w:rsidRPr="004C7437">
        <w:rPr>
          <w:rFonts w:asciiTheme="minorHAnsi" w:hAnsiTheme="minorHAnsi"/>
          <w:sz w:val="24"/>
          <w:szCs w:val="24"/>
        </w:rPr>
        <w:t>Relațiile</w:t>
      </w:r>
      <w:proofErr w:type="spellEnd"/>
      <w:r w:rsidRPr="004C7437">
        <w:rPr>
          <w:rFonts w:asciiTheme="minorHAnsi" w:hAnsiTheme="minorHAnsi"/>
          <w:sz w:val="24"/>
          <w:szCs w:val="24"/>
        </w:rPr>
        <w:t xml:space="preserve"> cu NATO sunt </w:t>
      </w:r>
      <w:proofErr w:type="spellStart"/>
      <w:r w:rsidRPr="004C7437">
        <w:rPr>
          <w:rFonts w:asciiTheme="minorHAnsi" w:hAnsiTheme="minorHAnsi"/>
          <w:sz w:val="24"/>
          <w:szCs w:val="24"/>
        </w:rPr>
        <w:t>apreciate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pozitiv</w:t>
      </w:r>
      <w:proofErr w:type="spellEnd"/>
      <w:r w:rsidRPr="004C7437">
        <w:rPr>
          <w:rFonts w:asciiTheme="minorHAnsi" w:hAnsiTheme="minorHAnsi"/>
          <w:sz w:val="24"/>
          <w:szCs w:val="24"/>
        </w:rPr>
        <w:t xml:space="preserve"> de 55,1%, </w:t>
      </w:r>
      <w:proofErr w:type="spellStart"/>
      <w:r w:rsidRPr="004C7437">
        <w:rPr>
          <w:rFonts w:asciiTheme="minorHAnsi" w:hAnsiTheme="minorHAnsi"/>
          <w:sz w:val="24"/>
          <w:szCs w:val="24"/>
        </w:rPr>
        <w:t>însă</w:t>
      </w:r>
      <w:proofErr w:type="spellEnd"/>
      <w:r w:rsidRPr="004C7437">
        <w:rPr>
          <w:rFonts w:asciiTheme="minorHAnsi" w:hAnsiTheme="minorHAnsi"/>
          <w:sz w:val="24"/>
          <w:szCs w:val="24"/>
        </w:rPr>
        <w:t xml:space="preserve"> 26,1% nu au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cazul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Federației</w:t>
      </w:r>
      <w:proofErr w:type="spellEnd"/>
      <w:r w:rsidRPr="004C7437">
        <w:rPr>
          <w:rFonts w:asciiTheme="minorHAnsi" w:hAnsiTheme="minorHAnsi"/>
          <w:sz w:val="24"/>
          <w:szCs w:val="24"/>
        </w:rPr>
        <w:t xml:space="preserve"> Ruse,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18,9% </w:t>
      </w:r>
      <w:proofErr w:type="spellStart"/>
      <w:r w:rsidRPr="004C7437">
        <w:rPr>
          <w:rFonts w:asciiTheme="minorHAnsi" w:hAnsiTheme="minorHAnsi"/>
          <w:sz w:val="24"/>
          <w:szCs w:val="24"/>
        </w:rPr>
        <w:t>evaluează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relațiile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71,6% le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rele</w:t>
      </w:r>
      <w:proofErr w:type="spellEnd"/>
      <w:r w:rsidRPr="004C7437">
        <w:rPr>
          <w:rFonts w:asciiTheme="minorHAnsi" w:hAnsiTheme="minorHAnsi"/>
          <w:sz w:val="24"/>
          <w:szCs w:val="24"/>
        </w:rPr>
        <w:t>.</w:t>
      </w:r>
    </w:p>
    <w:p w14:paraId="7E97CD0F"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Sprijinul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rămâne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majoritar</w:t>
      </w:r>
      <w:proofErr w:type="spellEnd"/>
    </w:p>
    <w:p w14:paraId="20A2B92E"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Dacă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avea</w:t>
      </w:r>
      <w:proofErr w:type="spellEnd"/>
      <w:r w:rsidRPr="004C7437">
        <w:rPr>
          <w:rFonts w:asciiTheme="minorHAnsi" w:hAnsiTheme="minorHAnsi"/>
          <w:sz w:val="24"/>
          <w:szCs w:val="24"/>
        </w:rPr>
        <w:t xml:space="preserve"> loc un referendum, 53,0%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Republicii</w:t>
      </w:r>
      <w:proofErr w:type="spellEnd"/>
      <w:r w:rsidRPr="004C7437">
        <w:rPr>
          <w:rFonts w:asciiTheme="minorHAnsi" w:hAnsiTheme="minorHAnsi"/>
          <w:sz w:val="24"/>
          <w:szCs w:val="24"/>
        </w:rPr>
        <w:t xml:space="preserve"> Moldova la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30,9%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împotrivă</w:t>
      </w:r>
      <w:proofErr w:type="spellEnd"/>
      <w:r w:rsidRPr="004C7437">
        <w:rPr>
          <w:rFonts w:asciiTheme="minorHAnsi" w:hAnsiTheme="minorHAnsi"/>
          <w:sz w:val="24"/>
          <w:szCs w:val="24"/>
        </w:rPr>
        <w:t xml:space="preserve">, 7,0% nu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participa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8,7% sunt </w:t>
      </w:r>
      <w:proofErr w:type="spellStart"/>
      <w:r w:rsidRPr="004C7437">
        <w:rPr>
          <w:rFonts w:asciiTheme="minorHAnsi" w:hAnsiTheme="minorHAnsi"/>
          <w:sz w:val="24"/>
          <w:szCs w:val="24"/>
        </w:rPr>
        <w:t>indeciși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Totodată</w:t>
      </w:r>
      <w:proofErr w:type="spellEnd"/>
      <w:r w:rsidRPr="004C7437">
        <w:rPr>
          <w:rFonts w:asciiTheme="minorHAnsi" w:hAnsiTheme="minorHAnsi"/>
          <w:sz w:val="24"/>
          <w:szCs w:val="24"/>
        </w:rPr>
        <w:t xml:space="preserve">, 38,0%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îmbunătăți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viața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cetățenilor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w:t>
      </w:r>
      <w:proofErr w:type="spellEnd"/>
      <w:r w:rsidRPr="004C7437">
        <w:rPr>
          <w:rFonts w:asciiTheme="minorHAnsi" w:hAnsiTheme="minorHAnsi"/>
          <w:sz w:val="24"/>
          <w:szCs w:val="24"/>
        </w:rPr>
        <w:t xml:space="preserve"> 54,3%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efectul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fi mic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inexistent.</w:t>
      </w:r>
    </w:p>
    <w:p w14:paraId="1DA6CF96"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Așteptările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față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integrarea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împărțite</w:t>
      </w:r>
      <w:proofErr w:type="spellEnd"/>
    </w:p>
    <w:p w14:paraId="237677F9"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propria </w:t>
      </w:r>
      <w:proofErr w:type="spellStart"/>
      <w:r w:rsidRPr="004C7437">
        <w:rPr>
          <w:rFonts w:asciiTheme="minorHAnsi" w:hAnsiTheme="minorHAnsi"/>
          <w:sz w:val="24"/>
          <w:szCs w:val="24"/>
        </w:rPr>
        <w:t>familie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asociază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integrarea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primul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rând</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salarii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mari</w:t>
      </w:r>
      <w:proofErr w:type="spellEnd"/>
      <w:r w:rsidRPr="004C7437">
        <w:rPr>
          <w:rFonts w:asciiTheme="minorHAnsi" w:hAnsiTheme="minorHAnsi"/>
          <w:sz w:val="24"/>
          <w:szCs w:val="24"/>
        </w:rPr>
        <w:t xml:space="preserve"> (19,9%)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locuri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muncă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bune</w:t>
      </w:r>
      <w:proofErr w:type="spellEnd"/>
      <w:r w:rsidRPr="004C7437">
        <w:rPr>
          <w:rFonts w:asciiTheme="minorHAnsi" w:hAnsiTheme="minorHAnsi"/>
          <w:sz w:val="24"/>
          <w:szCs w:val="24"/>
        </w:rPr>
        <w:t xml:space="preserve"> (16,6%).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același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timp</w:t>
      </w:r>
      <w:proofErr w:type="spellEnd"/>
      <w:r w:rsidRPr="004C7437">
        <w:rPr>
          <w:rFonts w:asciiTheme="minorHAnsi" w:hAnsiTheme="minorHAnsi"/>
          <w:sz w:val="24"/>
          <w:szCs w:val="24"/>
        </w:rPr>
        <w:t xml:space="preserve">, 19,8%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integrarea</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niciun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efect</w:t>
      </w:r>
      <w:proofErr w:type="spellEnd"/>
      <w:r w:rsidRPr="004C7437">
        <w:rPr>
          <w:rFonts w:asciiTheme="minorHAnsi" w:hAnsiTheme="minorHAnsi"/>
          <w:sz w:val="24"/>
          <w:szCs w:val="24"/>
        </w:rPr>
        <w:t xml:space="preserve">, 15,5% se </w:t>
      </w:r>
      <w:proofErr w:type="spellStart"/>
      <w:r w:rsidRPr="004C7437">
        <w:rPr>
          <w:rFonts w:asciiTheme="minorHAnsi" w:hAnsiTheme="minorHAnsi"/>
          <w:sz w:val="24"/>
          <w:szCs w:val="24"/>
        </w:rPr>
        <w:t>așteaptă</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prețuri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10,9% </w:t>
      </w:r>
      <w:proofErr w:type="spellStart"/>
      <w:r w:rsidRPr="004C7437">
        <w:rPr>
          <w:rFonts w:asciiTheme="minorHAnsi" w:hAnsiTheme="minorHAnsi"/>
          <w:sz w:val="24"/>
          <w:szCs w:val="24"/>
        </w:rPr>
        <w:t>anticipează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migrație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accentuată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ansamblu</w:t>
      </w:r>
      <w:proofErr w:type="spellEnd"/>
      <w:r w:rsidRPr="004C7437">
        <w:rPr>
          <w:rFonts w:asciiTheme="minorHAnsi" w:hAnsiTheme="minorHAnsi"/>
          <w:sz w:val="24"/>
          <w:szCs w:val="24"/>
        </w:rPr>
        <w:t xml:space="preserve">, 37,5%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aduce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avantaje</w:t>
      </w:r>
      <w:proofErr w:type="spellEnd"/>
      <w:r w:rsidRPr="004C7437">
        <w:rPr>
          <w:rFonts w:asciiTheme="minorHAnsi" w:hAnsiTheme="minorHAnsi"/>
          <w:sz w:val="24"/>
          <w:szCs w:val="24"/>
        </w:rPr>
        <w:t xml:space="preserve">, 30,4% se </w:t>
      </w:r>
      <w:proofErr w:type="spellStart"/>
      <w:r w:rsidRPr="004C7437">
        <w:rPr>
          <w:rFonts w:asciiTheme="minorHAnsi" w:hAnsiTheme="minorHAnsi"/>
          <w:sz w:val="24"/>
          <w:szCs w:val="24"/>
        </w:rPr>
        <w:t>așteaptă</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dezavantaje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27,4% </w:t>
      </w:r>
      <w:proofErr w:type="spellStart"/>
      <w:r w:rsidRPr="004C7437">
        <w:rPr>
          <w:rFonts w:asciiTheme="minorHAnsi" w:hAnsiTheme="minorHAnsi"/>
          <w:sz w:val="24"/>
          <w:szCs w:val="24"/>
        </w:rPr>
        <w:t>văd</w:t>
      </w:r>
      <w:proofErr w:type="spellEnd"/>
      <w:r w:rsidRPr="004C7437">
        <w:rPr>
          <w:rFonts w:asciiTheme="minorHAnsi" w:hAnsiTheme="minorHAnsi"/>
          <w:sz w:val="24"/>
          <w:szCs w:val="24"/>
        </w:rPr>
        <w:t xml:space="preserve"> un </w:t>
      </w:r>
      <w:proofErr w:type="spellStart"/>
      <w:r w:rsidRPr="004C7437">
        <w:rPr>
          <w:rFonts w:asciiTheme="minorHAnsi" w:hAnsiTheme="minorHAnsi"/>
          <w:sz w:val="24"/>
          <w:szCs w:val="24"/>
        </w:rPr>
        <w:t>echilibru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avantaje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dezavantaje</w:t>
      </w:r>
      <w:proofErr w:type="spellEnd"/>
      <w:r w:rsidRPr="004C7437">
        <w:rPr>
          <w:rFonts w:asciiTheme="minorHAnsi" w:hAnsiTheme="minorHAnsi"/>
          <w:sz w:val="24"/>
          <w:szCs w:val="24"/>
        </w:rPr>
        <w:t>.</w:t>
      </w:r>
    </w:p>
    <w:p w14:paraId="12E55411"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Orizontul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aderării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perceput</w:t>
      </w:r>
      <w:proofErr w:type="spellEnd"/>
      <w:r w:rsidRPr="004C7437">
        <w:rPr>
          <w:rFonts w:asciiTheme="minorHAnsi" w:hAnsiTheme="minorHAnsi"/>
          <w:sz w:val="24"/>
          <w:szCs w:val="24"/>
        </w:rPr>
        <w:t xml:space="preserve"> ca </w:t>
      </w:r>
      <w:proofErr w:type="spellStart"/>
      <w:r w:rsidRPr="004C7437">
        <w:rPr>
          <w:rFonts w:asciiTheme="minorHAnsi" w:hAnsiTheme="minorHAnsi"/>
          <w:sz w:val="24"/>
          <w:szCs w:val="24"/>
        </w:rPr>
        <w:t>îndepărtat</w:t>
      </w:r>
      <w:proofErr w:type="spellEnd"/>
    </w:p>
    <w:p w14:paraId="02D6C408"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treime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30,3%,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w:t>
      </w:r>
      <w:proofErr w:type="spellStart"/>
      <w:r w:rsidRPr="004C7437">
        <w:rPr>
          <w:rFonts w:asciiTheme="minorHAnsi" w:hAnsiTheme="minorHAnsi"/>
          <w:sz w:val="24"/>
          <w:szCs w:val="24"/>
        </w:rPr>
        <w:t>poate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deveni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membru</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drepturi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depline</w:t>
      </w:r>
      <w:proofErr w:type="spellEnd"/>
      <w:r w:rsidRPr="004C7437">
        <w:rPr>
          <w:rFonts w:asciiTheme="minorHAnsi" w:hAnsiTheme="minorHAnsi"/>
          <w:sz w:val="24"/>
          <w:szCs w:val="24"/>
        </w:rPr>
        <w:t xml:space="preserve"> al </w:t>
      </w:r>
      <w:proofErr w:type="spellStart"/>
      <w:r w:rsidRPr="004C7437">
        <w:rPr>
          <w:rFonts w:asciiTheme="minorHAnsi" w:hAnsiTheme="minorHAnsi"/>
          <w:sz w:val="24"/>
          <w:szCs w:val="24"/>
        </w:rPr>
        <w:t>Uniunii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Europene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următorii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cinci</w:t>
      </w:r>
      <w:proofErr w:type="spellEnd"/>
      <w:r w:rsidRPr="004C7437">
        <w:rPr>
          <w:rFonts w:asciiTheme="minorHAnsi" w:hAnsiTheme="minorHAnsi"/>
          <w:sz w:val="24"/>
          <w:szCs w:val="24"/>
        </w:rPr>
        <w:t xml:space="preserve"> ani. </w:t>
      </w:r>
      <w:proofErr w:type="spellStart"/>
      <w:r w:rsidRPr="004C7437">
        <w:rPr>
          <w:rFonts w:asciiTheme="minorHAnsi" w:hAnsiTheme="minorHAnsi"/>
          <w:sz w:val="24"/>
          <w:szCs w:val="24"/>
        </w:rPr>
        <w:t>Alți</w:t>
      </w:r>
      <w:proofErr w:type="spellEnd"/>
      <w:r w:rsidRPr="004C7437">
        <w:rPr>
          <w:rFonts w:asciiTheme="minorHAnsi" w:hAnsiTheme="minorHAnsi"/>
          <w:sz w:val="24"/>
          <w:szCs w:val="24"/>
        </w:rPr>
        <w:t xml:space="preserve"> 21,1% </w:t>
      </w:r>
      <w:proofErr w:type="spellStart"/>
      <w:r w:rsidRPr="004C7437">
        <w:rPr>
          <w:rFonts w:asciiTheme="minorHAnsi" w:hAnsiTheme="minorHAnsi"/>
          <w:sz w:val="24"/>
          <w:szCs w:val="24"/>
        </w:rPr>
        <w:t>indică</w:t>
      </w:r>
      <w:proofErr w:type="spellEnd"/>
      <w:r w:rsidRPr="004C7437">
        <w:rPr>
          <w:rFonts w:asciiTheme="minorHAnsi" w:hAnsiTheme="minorHAnsi"/>
          <w:sz w:val="24"/>
          <w:szCs w:val="24"/>
        </w:rPr>
        <w:t xml:space="preserve"> un </w:t>
      </w:r>
      <w:proofErr w:type="spellStart"/>
      <w:r w:rsidRPr="004C7437">
        <w:rPr>
          <w:rFonts w:asciiTheme="minorHAnsi" w:hAnsiTheme="minorHAnsi"/>
          <w:sz w:val="24"/>
          <w:szCs w:val="24"/>
        </w:rPr>
        <w:t>orizont</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zece</w:t>
      </w:r>
      <w:proofErr w:type="spellEnd"/>
      <w:r w:rsidRPr="004C7437">
        <w:rPr>
          <w:rFonts w:asciiTheme="minorHAnsi" w:hAnsiTheme="minorHAnsi"/>
          <w:sz w:val="24"/>
          <w:szCs w:val="24"/>
        </w:rPr>
        <w:t xml:space="preserve"> ani, 14,4%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avea</w:t>
      </w:r>
      <w:proofErr w:type="spellEnd"/>
      <w:r w:rsidRPr="004C7437">
        <w:rPr>
          <w:rFonts w:asciiTheme="minorHAnsi" w:hAnsiTheme="minorHAnsi"/>
          <w:sz w:val="24"/>
          <w:szCs w:val="24"/>
        </w:rPr>
        <w:t xml:space="preserve"> loc </w:t>
      </w:r>
      <w:proofErr w:type="spellStart"/>
      <w:r w:rsidRPr="004C7437">
        <w:rPr>
          <w:rFonts w:asciiTheme="minorHAnsi" w:hAnsiTheme="minorHAnsi"/>
          <w:sz w:val="24"/>
          <w:szCs w:val="24"/>
        </w:rPr>
        <w:t>peste</w:t>
      </w:r>
      <w:proofErr w:type="spellEnd"/>
      <w:r w:rsidRPr="004C7437">
        <w:rPr>
          <w:rFonts w:asciiTheme="minorHAnsi" w:hAnsiTheme="minorHAnsi"/>
          <w:sz w:val="24"/>
          <w:szCs w:val="24"/>
        </w:rPr>
        <w:t xml:space="preserve"> 20-25 de ani,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26,0%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țara</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deveni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niciodată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membră</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Uniunii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Europene</w:t>
      </w:r>
      <w:proofErr w:type="spellEnd"/>
      <w:r w:rsidRPr="004C7437">
        <w:rPr>
          <w:rFonts w:asciiTheme="minorHAnsi" w:hAnsiTheme="minorHAnsi"/>
          <w:sz w:val="24"/>
          <w:szCs w:val="24"/>
        </w:rPr>
        <w:t>.</w:t>
      </w:r>
    </w:p>
    <w:p w14:paraId="042B0EB2"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Corupția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văzută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principalul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obstacol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calea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integrării</w:t>
      </w:r>
      <w:proofErr w:type="spellEnd"/>
    </w:p>
    <w:p w14:paraId="02DF8774" w14:textId="5AC65967" w:rsidR="00101A29" w:rsidRDefault="00460E31">
      <w:pPr>
        <w:jc w:val="both"/>
        <w:rPr>
          <w:rFonts w:asciiTheme="minorHAnsi" w:hAnsiTheme="minorHAnsi"/>
          <w:sz w:val="24"/>
          <w:szCs w:val="24"/>
        </w:rPr>
      </w:pPr>
      <w:proofErr w:type="spellStart"/>
      <w:r w:rsidRPr="004C7437">
        <w:rPr>
          <w:rFonts w:asciiTheme="minorHAnsi" w:hAnsiTheme="minorHAnsi"/>
          <w:sz w:val="24"/>
          <w:szCs w:val="24"/>
        </w:rPr>
        <w:t>Corupția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considerată</w:t>
      </w:r>
      <w:proofErr w:type="spellEnd"/>
      <w:r w:rsidRPr="004C7437">
        <w:rPr>
          <w:rFonts w:asciiTheme="minorHAnsi" w:hAnsiTheme="minorHAnsi"/>
          <w:sz w:val="24"/>
          <w:szCs w:val="24"/>
        </w:rPr>
        <w:t xml:space="preserve"> un </w:t>
      </w:r>
      <w:proofErr w:type="spellStart"/>
      <w:r w:rsidRPr="004C7437">
        <w:rPr>
          <w:rFonts w:asciiTheme="minorHAnsi" w:hAnsiTheme="minorHAnsi"/>
          <w:sz w:val="24"/>
          <w:szCs w:val="24"/>
        </w:rPr>
        <w:t>obstacol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integrarea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de 87,6%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economică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indicată</w:t>
      </w:r>
      <w:proofErr w:type="spellEnd"/>
      <w:r w:rsidRPr="004C7437">
        <w:rPr>
          <w:rFonts w:asciiTheme="minorHAnsi" w:hAnsiTheme="minorHAnsi"/>
          <w:sz w:val="24"/>
          <w:szCs w:val="24"/>
        </w:rPr>
        <w:t xml:space="preserve"> de 81,4%, </w:t>
      </w:r>
      <w:proofErr w:type="spellStart"/>
      <w:r w:rsidRPr="004C7437">
        <w:rPr>
          <w:rFonts w:asciiTheme="minorHAnsi" w:hAnsiTheme="minorHAnsi"/>
          <w:sz w:val="24"/>
          <w:szCs w:val="24"/>
        </w:rPr>
        <w:t>conflictul</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stânga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Nistrului</w:t>
      </w:r>
      <w:proofErr w:type="spellEnd"/>
      <w:r w:rsidRPr="004C7437">
        <w:rPr>
          <w:rFonts w:asciiTheme="minorHAnsi" w:hAnsiTheme="minorHAnsi"/>
          <w:sz w:val="24"/>
          <w:szCs w:val="24"/>
        </w:rPr>
        <w:t xml:space="preserve"> de 79,1%,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capacitatea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insuficientă</w:t>
      </w:r>
      <w:proofErr w:type="spellEnd"/>
      <w:r w:rsidRPr="004C7437">
        <w:rPr>
          <w:rFonts w:asciiTheme="minorHAnsi" w:hAnsiTheme="minorHAnsi"/>
          <w:sz w:val="24"/>
          <w:szCs w:val="24"/>
        </w:rPr>
        <w:t xml:space="preserve"> a </w:t>
      </w:r>
      <w:proofErr w:type="spellStart"/>
      <w:r w:rsidRPr="004C7437">
        <w:rPr>
          <w:rFonts w:asciiTheme="minorHAnsi" w:hAnsiTheme="minorHAnsi"/>
          <w:sz w:val="24"/>
          <w:szCs w:val="24"/>
        </w:rPr>
        <w:t>guvernării</w:t>
      </w:r>
      <w:proofErr w:type="spellEnd"/>
      <w:r w:rsidRPr="004C7437">
        <w:rPr>
          <w:rFonts w:asciiTheme="minorHAnsi" w:hAnsiTheme="minorHAnsi"/>
          <w:sz w:val="24"/>
          <w:szCs w:val="24"/>
        </w:rPr>
        <w:t xml:space="preserve"> de a </w:t>
      </w:r>
      <w:proofErr w:type="spellStart"/>
      <w:r w:rsidRPr="004C7437">
        <w:rPr>
          <w:rFonts w:asciiTheme="minorHAnsi" w:hAnsiTheme="minorHAnsi"/>
          <w:sz w:val="24"/>
          <w:szCs w:val="24"/>
        </w:rPr>
        <w:t>gestiona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situația</w:t>
      </w:r>
      <w:proofErr w:type="spellEnd"/>
      <w:r w:rsidRPr="004C7437">
        <w:rPr>
          <w:rFonts w:asciiTheme="minorHAnsi" w:hAnsiTheme="minorHAnsi"/>
          <w:sz w:val="24"/>
          <w:szCs w:val="24"/>
        </w:rPr>
        <w:t xml:space="preserve"> de 72,4%.</w:t>
      </w:r>
      <w:r w:rsidR="00101A29">
        <w:rPr>
          <w:rFonts w:asciiTheme="minorHAnsi" w:hAnsiTheme="minorHAnsi"/>
          <w:sz w:val="24"/>
          <w:szCs w:val="24"/>
        </w:rPr>
        <w:br w:type="page"/>
      </w:r>
    </w:p>
    <w:p w14:paraId="545C2DDE" w14:textId="3B5236B0" w:rsidR="004D4CFD" w:rsidRPr="004C7437" w:rsidRDefault="00460E31">
      <w:pPr>
        <w:pStyle w:val="Heading2"/>
        <w:rPr>
          <w:rFonts w:asciiTheme="minorHAnsi" w:hAnsiTheme="minorHAnsi"/>
          <w:sz w:val="24"/>
          <w:szCs w:val="24"/>
        </w:rPr>
      </w:pPr>
      <w:r w:rsidRPr="004C7437">
        <w:rPr>
          <w:rFonts w:asciiTheme="minorHAnsi" w:hAnsiTheme="minorHAnsi"/>
          <w:sz w:val="24"/>
          <w:szCs w:val="24"/>
        </w:rPr>
        <w:lastRenderedPageBreak/>
        <w:t xml:space="preserve">Unirea cu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la NATO nu </w:t>
      </w:r>
      <w:proofErr w:type="spellStart"/>
      <w:r w:rsidRPr="004C7437">
        <w:rPr>
          <w:rFonts w:asciiTheme="minorHAnsi" w:hAnsiTheme="minorHAnsi"/>
          <w:sz w:val="24"/>
          <w:szCs w:val="24"/>
        </w:rPr>
        <w:t>întrunesc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sprijin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majoritar</w:t>
      </w:r>
      <w:proofErr w:type="spellEnd"/>
    </w:p>
    <w:p w14:paraId="6F588C32"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cazul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unui</w:t>
      </w:r>
      <w:proofErr w:type="spellEnd"/>
      <w:r w:rsidRPr="004C7437">
        <w:rPr>
          <w:rFonts w:asciiTheme="minorHAnsi" w:hAnsiTheme="minorHAnsi"/>
          <w:sz w:val="24"/>
          <w:szCs w:val="24"/>
        </w:rPr>
        <w:t xml:space="preserve"> referendum </w:t>
      </w:r>
      <w:proofErr w:type="spellStart"/>
      <w:r w:rsidRPr="004C7437">
        <w:rPr>
          <w:rFonts w:asciiTheme="minorHAnsi" w:hAnsiTheme="minorHAnsi"/>
          <w:sz w:val="24"/>
          <w:szCs w:val="24"/>
        </w:rPr>
        <w:t>privind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unirea</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38,6%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48,8% </w:t>
      </w:r>
      <w:proofErr w:type="spellStart"/>
      <w:r w:rsidRPr="004C7437">
        <w:rPr>
          <w:rFonts w:asciiTheme="minorHAnsi" w:hAnsiTheme="minorHAnsi"/>
          <w:sz w:val="24"/>
          <w:szCs w:val="24"/>
        </w:rPr>
        <w:t>împotrivă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aderarea</w:t>
      </w:r>
      <w:proofErr w:type="spellEnd"/>
      <w:r w:rsidRPr="004C7437">
        <w:rPr>
          <w:rFonts w:asciiTheme="minorHAnsi" w:hAnsiTheme="minorHAnsi"/>
          <w:sz w:val="24"/>
          <w:szCs w:val="24"/>
        </w:rPr>
        <w:t xml:space="preserve"> la NATO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vota</w:t>
      </w:r>
      <w:proofErr w:type="spellEnd"/>
      <w:r w:rsidRPr="004C7437">
        <w:rPr>
          <w:rFonts w:asciiTheme="minorHAnsi" w:hAnsiTheme="minorHAnsi"/>
          <w:sz w:val="24"/>
          <w:szCs w:val="24"/>
        </w:rPr>
        <w:t xml:space="preserve"> 28,9%,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51,6% s-</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pronunța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împotrivă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percepția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respondenților</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eventuală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unire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România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accelera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integrarea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Uniunea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Europeană</w:t>
      </w:r>
      <w:proofErr w:type="spellEnd"/>
      <w:r w:rsidRPr="004C7437">
        <w:rPr>
          <w:rFonts w:asciiTheme="minorHAnsi" w:hAnsiTheme="minorHAnsi"/>
          <w:sz w:val="24"/>
          <w:szCs w:val="24"/>
        </w:rPr>
        <w:t xml:space="preserve"> (60,5%)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îmbunătăți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mediul</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afaceri</w:t>
      </w:r>
      <w:proofErr w:type="spellEnd"/>
      <w:r w:rsidRPr="004C7437">
        <w:rPr>
          <w:rFonts w:asciiTheme="minorHAnsi" w:hAnsiTheme="minorHAnsi"/>
          <w:sz w:val="24"/>
          <w:szCs w:val="24"/>
        </w:rPr>
        <w:t xml:space="preserve"> (54,5%). </w:t>
      </w:r>
      <w:proofErr w:type="spellStart"/>
      <w:r w:rsidRPr="004C7437">
        <w:rPr>
          <w:rFonts w:asciiTheme="minorHAnsi" w:hAnsiTheme="minorHAnsi"/>
          <w:sz w:val="24"/>
          <w:szCs w:val="24"/>
        </w:rPr>
        <w:t>Așteptările</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rezervate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privința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creșterii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libertății</w:t>
      </w:r>
      <w:proofErr w:type="spellEnd"/>
      <w:r w:rsidRPr="004C7437">
        <w:rPr>
          <w:rFonts w:asciiTheme="minorHAnsi" w:hAnsiTheme="minorHAnsi"/>
          <w:sz w:val="24"/>
          <w:szCs w:val="24"/>
        </w:rPr>
        <w:t xml:space="preserve"> mass-media (44,7%), </w:t>
      </w:r>
      <w:proofErr w:type="spellStart"/>
      <w:r w:rsidRPr="004C7437">
        <w:rPr>
          <w:rFonts w:asciiTheme="minorHAnsi" w:hAnsiTheme="minorHAnsi"/>
          <w:sz w:val="24"/>
          <w:szCs w:val="24"/>
        </w:rPr>
        <w:t>instaurării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ordinii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țară</w:t>
      </w:r>
      <w:proofErr w:type="spellEnd"/>
      <w:r w:rsidRPr="004C7437">
        <w:rPr>
          <w:rFonts w:asciiTheme="minorHAnsi" w:hAnsiTheme="minorHAnsi"/>
          <w:sz w:val="24"/>
          <w:szCs w:val="24"/>
        </w:rPr>
        <w:t xml:space="preserve"> (38,8%), </w:t>
      </w:r>
      <w:proofErr w:type="spellStart"/>
      <w:r w:rsidRPr="004C7437">
        <w:rPr>
          <w:rFonts w:asciiTheme="minorHAnsi" w:hAnsiTheme="minorHAnsi"/>
          <w:sz w:val="24"/>
          <w:szCs w:val="24"/>
        </w:rPr>
        <w:t>îmbunătățirii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nivelului</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trai</w:t>
      </w:r>
      <w:proofErr w:type="spellEnd"/>
      <w:r w:rsidRPr="004C7437">
        <w:rPr>
          <w:rFonts w:asciiTheme="minorHAnsi" w:hAnsiTheme="minorHAnsi"/>
          <w:sz w:val="24"/>
          <w:szCs w:val="24"/>
        </w:rPr>
        <w:t xml:space="preserve"> (36,3%)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reducerii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corupției</w:t>
      </w:r>
      <w:proofErr w:type="spellEnd"/>
      <w:r w:rsidRPr="004C7437">
        <w:rPr>
          <w:rFonts w:asciiTheme="minorHAnsi" w:hAnsiTheme="minorHAnsi"/>
          <w:sz w:val="24"/>
          <w:szCs w:val="24"/>
        </w:rPr>
        <w:t xml:space="preserve"> (31,4%).</w:t>
      </w:r>
    </w:p>
    <w:p w14:paraId="33074F5A" w14:textId="77777777" w:rsidR="004D4CFD" w:rsidRPr="004C7437" w:rsidRDefault="00460E31">
      <w:pPr>
        <w:pStyle w:val="Heading1"/>
        <w:rPr>
          <w:rFonts w:asciiTheme="minorHAnsi" w:hAnsiTheme="minorHAnsi"/>
          <w:sz w:val="24"/>
          <w:szCs w:val="24"/>
        </w:rPr>
      </w:pPr>
      <w:r w:rsidRPr="004C7437">
        <w:rPr>
          <w:rFonts w:asciiTheme="minorHAnsi" w:hAnsiTheme="minorHAnsi"/>
          <w:sz w:val="24"/>
          <w:szCs w:val="24"/>
        </w:rPr>
        <w:t>SIGURANȚĂ PERSONALĂ ȘI INCLUZIUNE SOCIALĂ</w:t>
      </w:r>
    </w:p>
    <w:p w14:paraId="3A7C0CD5" w14:textId="2701D09B"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Majoritatea respondenților nu se simt protejați</w:t>
      </w:r>
      <w:proofErr w:type="spellEnd"/>
      <w:r w:rsidR="00C22C4A" w:rsidRPr="004C7437">
        <w:rPr>
          <w:rStyle w:val="CommentReference"/>
          <w:rFonts w:asciiTheme="minorHAnsi" w:hAnsiTheme="minorHAnsi"/>
          <w:sz w:val="24"/>
          <w:szCs w:val="24"/>
        </w:rPr>
      </w:r>
      <w:r w:rsidRPr="004C7437">
        <w:rPr>
          <w:rFonts w:asciiTheme="minorHAnsi" w:hAnsiTheme="minorHAnsi"/>
          <w:sz w:val="24"/>
          <w:szCs w:val="24"/>
        </w:rPr>
      </w:r>
      <w:r w:rsidR="0031052E">
        <w:rPr>
          <w:rFonts w:asciiTheme="minorHAnsi" w:hAnsiTheme="minorHAnsi"/>
          <w:sz w:val="24"/>
          <w:szCs w:val="24"/>
        </w:rPr>
      </w:r>
      <w:proofErr w:type="spellStart"/>
      <w:r w:rsidR="0031052E">
        <w:rPr>
          <w:rFonts w:asciiTheme="minorHAnsi" w:hAnsiTheme="minorHAnsi"/>
          <w:sz w:val="24"/>
          <w:szCs w:val="24"/>
        </w:rPr>
      </w:r>
      <w:proofErr w:type="spellEnd"/>
      <w:r w:rsidR="0031052E">
        <w:rPr>
          <w:rFonts w:asciiTheme="minorHAnsi" w:hAnsiTheme="minorHAnsi"/>
          <w:sz w:val="24"/>
          <w:szCs w:val="24"/>
        </w:rPr>
      </w:r>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r w:rsidR="0031052E">
        <w:rPr>
          <w:rFonts w:asciiTheme="minorHAnsi" w:hAnsiTheme="minorHAnsi"/>
          <w:sz w:val="24"/>
          <w:szCs w:val="24"/>
        </w:rPr>
      </w:r>
      <w:proofErr w:type="spellEnd"/>
    </w:p>
    <w:p w14:paraId="440518C0"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două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treimi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63,3%,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cetățean</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rând</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îi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asigurată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securitatea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personală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Republica</w:t>
      </w:r>
      <w:proofErr w:type="spellEnd"/>
      <w:r w:rsidRPr="004C7437">
        <w:rPr>
          <w:rFonts w:asciiTheme="minorHAnsi" w:hAnsiTheme="minorHAnsi"/>
          <w:sz w:val="24"/>
          <w:szCs w:val="24"/>
        </w:rPr>
        <w:t xml:space="preserve"> Moldova. O </w:t>
      </w:r>
      <w:proofErr w:type="spellStart"/>
      <w:r w:rsidRPr="004C7437">
        <w:rPr>
          <w:rFonts w:asciiTheme="minorHAnsi" w:hAnsiTheme="minorHAnsi"/>
          <w:sz w:val="24"/>
          <w:szCs w:val="24"/>
        </w:rPr>
        <w:t>opinie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pozitivă</w:t>
      </w:r>
      <w:proofErr w:type="spellEnd"/>
      <w:r w:rsidRPr="004C7437">
        <w:rPr>
          <w:rFonts w:asciiTheme="minorHAnsi" w:hAnsiTheme="minorHAnsi"/>
          <w:sz w:val="24"/>
          <w:szCs w:val="24"/>
        </w:rPr>
        <w:t xml:space="preserve"> au 32,7%,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4,0% nu au </w:t>
      </w:r>
      <w:proofErr w:type="spellStart"/>
      <w:r w:rsidRPr="004C7437">
        <w:rPr>
          <w:rFonts w:asciiTheme="minorHAnsi" w:hAnsiTheme="minorHAnsi"/>
          <w:sz w:val="24"/>
          <w:szCs w:val="24"/>
        </w:rPr>
        <w:t>putut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răspunde</w:t>
      </w:r>
      <w:proofErr w:type="spellEnd"/>
      <w:r w:rsidRPr="004C7437">
        <w:rPr>
          <w:rFonts w:asciiTheme="minorHAnsi" w:hAnsiTheme="minorHAnsi"/>
          <w:sz w:val="24"/>
          <w:szCs w:val="24"/>
        </w:rPr>
        <w:t>.</w:t>
      </w:r>
    </w:p>
    <w:p w14:paraId="129361A2"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Accesul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persoanelor</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dizabilități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evaluat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diferit</w:t>
      </w:r>
      <w:proofErr w:type="spellEnd"/>
      <w:r w:rsidRPr="004C7437">
        <w:rPr>
          <w:rFonts w:asciiTheme="minorHAnsi" w:hAnsiTheme="minorHAnsi"/>
          <w:sz w:val="24"/>
          <w:szCs w:val="24"/>
        </w:rPr>
        <w:t xml:space="preserve"> de la un </w:t>
      </w:r>
      <w:proofErr w:type="spellStart"/>
      <w:r w:rsidRPr="004C7437">
        <w:rPr>
          <w:rFonts w:asciiTheme="minorHAnsi" w:hAnsiTheme="minorHAnsi"/>
          <w:sz w:val="24"/>
          <w:szCs w:val="24"/>
        </w:rPr>
        <w:t>domeniu</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altul</w:t>
      </w:r>
      <w:proofErr w:type="spellEnd"/>
    </w:p>
    <w:p w14:paraId="3B153C33"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Accesul</w:t>
      </w:r>
      <w:proofErr w:type="spellEnd"/>
      <w:r w:rsidRPr="004C7437">
        <w:rPr>
          <w:rFonts w:asciiTheme="minorHAnsi" w:hAnsiTheme="minorHAnsi"/>
          <w:sz w:val="24"/>
          <w:szCs w:val="24"/>
        </w:rPr>
        <w:t xml:space="preserve"> egal al </w:t>
      </w:r>
      <w:proofErr w:type="spellStart"/>
      <w:r w:rsidRPr="004C7437">
        <w:rPr>
          <w:rFonts w:asciiTheme="minorHAnsi" w:hAnsiTheme="minorHAnsi"/>
          <w:sz w:val="24"/>
          <w:szCs w:val="24"/>
        </w:rPr>
        <w:t>persoanelor</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dizabilități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perceput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favorabil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cazul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serviciilor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medicale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unde</w:t>
      </w:r>
      <w:proofErr w:type="spellEnd"/>
      <w:r w:rsidRPr="004C7437">
        <w:rPr>
          <w:rFonts w:asciiTheme="minorHAnsi" w:hAnsiTheme="minorHAnsi"/>
          <w:sz w:val="24"/>
          <w:szCs w:val="24"/>
        </w:rPr>
        <w:t xml:space="preserve"> 62,1%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acesta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asigurat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măsură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Urmează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serviciile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asistență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socială</w:t>
      </w:r>
      <w:proofErr w:type="spellEnd"/>
      <w:r w:rsidRPr="004C7437">
        <w:rPr>
          <w:rFonts w:asciiTheme="minorHAnsi" w:hAnsiTheme="minorHAnsi"/>
          <w:sz w:val="24"/>
          <w:szCs w:val="24"/>
        </w:rPr>
        <w:t xml:space="preserve"> (55,2%), </w:t>
      </w:r>
      <w:proofErr w:type="spellStart"/>
      <w:r w:rsidRPr="004C7437">
        <w:rPr>
          <w:rFonts w:asciiTheme="minorHAnsi" w:hAnsiTheme="minorHAnsi"/>
          <w:sz w:val="24"/>
          <w:szCs w:val="24"/>
        </w:rPr>
        <w:t>serviciile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publice</w:t>
      </w:r>
      <w:proofErr w:type="spellEnd"/>
      <w:r w:rsidRPr="004C7437">
        <w:rPr>
          <w:rFonts w:asciiTheme="minorHAnsi" w:hAnsiTheme="minorHAnsi"/>
          <w:sz w:val="24"/>
          <w:szCs w:val="24"/>
        </w:rPr>
        <w:t xml:space="preserve"> (49,1%)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educația</w:t>
      </w:r>
      <w:proofErr w:type="spellEnd"/>
      <w:r w:rsidRPr="004C7437">
        <w:rPr>
          <w:rFonts w:asciiTheme="minorHAnsi" w:hAnsiTheme="minorHAnsi"/>
          <w:sz w:val="24"/>
          <w:szCs w:val="24"/>
        </w:rPr>
        <w:t xml:space="preserve"> (41,6%). </w:t>
      </w:r>
      <w:proofErr w:type="spellStart"/>
      <w:r w:rsidRPr="004C7437">
        <w:rPr>
          <w:rFonts w:asciiTheme="minorHAnsi" w:hAnsiTheme="minorHAnsi"/>
          <w:sz w:val="24"/>
          <w:szCs w:val="24"/>
        </w:rPr>
        <w:t>Accesul</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muncă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domeniul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problematic: </w:t>
      </w:r>
      <w:proofErr w:type="spellStart"/>
      <w:r w:rsidRPr="004C7437">
        <w:rPr>
          <w:rFonts w:asciiTheme="minorHAnsi" w:hAnsiTheme="minorHAnsi"/>
          <w:sz w:val="24"/>
          <w:szCs w:val="24"/>
        </w:rPr>
        <w:t>numai</w:t>
      </w:r>
      <w:proofErr w:type="spellEnd"/>
      <w:r w:rsidRPr="004C7437">
        <w:rPr>
          <w:rFonts w:asciiTheme="minorHAnsi" w:hAnsiTheme="minorHAnsi"/>
          <w:sz w:val="24"/>
          <w:szCs w:val="24"/>
        </w:rPr>
        <w:t xml:space="preserve"> 27,0% </w:t>
      </w:r>
      <w:proofErr w:type="spellStart"/>
      <w:r w:rsidRPr="004C7437">
        <w:rPr>
          <w:rFonts w:asciiTheme="minorHAnsi" w:hAnsiTheme="minorHAnsi"/>
          <w:sz w:val="24"/>
          <w:szCs w:val="24"/>
        </w:rPr>
        <w:t>îl</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asigurat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măsură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66,4%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măsură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deloc</w:t>
      </w:r>
      <w:proofErr w:type="spellEnd"/>
      <w:r w:rsidRPr="004C7437">
        <w:rPr>
          <w:rFonts w:asciiTheme="minorHAnsi" w:hAnsiTheme="minorHAnsi"/>
          <w:sz w:val="24"/>
          <w:szCs w:val="24"/>
        </w:rPr>
        <w:t>.</w:t>
      </w:r>
    </w:p>
    <w:p w14:paraId="38B33AC8"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Persoanele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dizabilități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vârstnicii</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văzuți</w:t>
      </w:r>
      <w:proofErr w:type="spellEnd"/>
      <w:r w:rsidRPr="004C7437">
        <w:rPr>
          <w:rFonts w:asciiTheme="minorHAnsi" w:hAnsiTheme="minorHAnsi"/>
          <w:sz w:val="24"/>
          <w:szCs w:val="24"/>
        </w:rPr>
        <w:t xml:space="preserve"> ca </w:t>
      </w:r>
      <w:proofErr w:type="spellStart"/>
      <w:r w:rsidRPr="004C7437">
        <w:rPr>
          <w:rFonts w:asciiTheme="minorHAnsi" w:hAnsiTheme="minorHAnsi"/>
          <w:sz w:val="24"/>
          <w:szCs w:val="24"/>
        </w:rPr>
        <w:t>prioritari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sprijin</w:t>
      </w:r>
      <w:proofErr w:type="spellEnd"/>
    </w:p>
    <w:p w14:paraId="4EE2E4B8"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grupurile</w:t>
      </w:r>
      <w:proofErr w:type="spellEnd"/>
      <w:r w:rsidRPr="004C7437">
        <w:rPr>
          <w:rFonts w:asciiTheme="minorHAnsi" w:hAnsiTheme="minorHAnsi"/>
          <w:sz w:val="24"/>
          <w:szCs w:val="24"/>
        </w:rPr>
        <w:t xml:space="preserve"> care </w:t>
      </w:r>
      <w:proofErr w:type="spellStart"/>
      <w:r w:rsidRPr="004C7437">
        <w:rPr>
          <w:rFonts w:asciiTheme="minorHAnsi" w:hAnsiTheme="minorHAnsi"/>
          <w:sz w:val="24"/>
          <w:szCs w:val="24"/>
        </w:rPr>
        <w:t>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trebui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beneficieze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mult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sprijin</w:t>
      </w:r>
      <w:proofErr w:type="spellEnd"/>
      <w:r w:rsidRPr="004C7437">
        <w:rPr>
          <w:rFonts w:asciiTheme="minorHAnsi" w:hAnsiTheme="minorHAnsi"/>
          <w:sz w:val="24"/>
          <w:szCs w:val="24"/>
        </w:rPr>
        <w:t xml:space="preserve"> din </w:t>
      </w:r>
      <w:proofErr w:type="spellStart"/>
      <w:r w:rsidRPr="004C7437">
        <w:rPr>
          <w:rFonts w:asciiTheme="minorHAnsi" w:hAnsiTheme="minorHAnsi"/>
          <w:sz w:val="24"/>
          <w:szCs w:val="24"/>
        </w:rPr>
        <w:t>partea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statului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indică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persoanele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dizabilități</w:t>
      </w:r>
      <w:proofErr w:type="spellEnd"/>
      <w:r w:rsidRPr="004C7437">
        <w:rPr>
          <w:rFonts w:asciiTheme="minorHAnsi" w:hAnsiTheme="minorHAnsi"/>
          <w:sz w:val="24"/>
          <w:szCs w:val="24"/>
        </w:rPr>
        <w:t xml:space="preserve"> (68,2%), </w:t>
      </w:r>
      <w:proofErr w:type="spellStart"/>
      <w:r w:rsidRPr="004C7437">
        <w:rPr>
          <w:rFonts w:asciiTheme="minorHAnsi" w:hAnsiTheme="minorHAnsi"/>
          <w:sz w:val="24"/>
          <w:szCs w:val="24"/>
        </w:rPr>
        <w:t>persoanele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vârstă</w:t>
      </w:r>
      <w:proofErr w:type="spellEnd"/>
      <w:r w:rsidRPr="004C7437">
        <w:rPr>
          <w:rFonts w:asciiTheme="minorHAnsi" w:hAnsiTheme="minorHAnsi"/>
          <w:sz w:val="24"/>
          <w:szCs w:val="24"/>
        </w:rPr>
        <w:t xml:space="preserve"> (63,7%), </w:t>
      </w:r>
      <w:proofErr w:type="spellStart"/>
      <w:r w:rsidRPr="004C7437">
        <w:rPr>
          <w:rFonts w:asciiTheme="minorHAnsi" w:hAnsiTheme="minorHAnsi"/>
          <w:sz w:val="24"/>
          <w:szCs w:val="24"/>
        </w:rPr>
        <w:t>familiile</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copii</w:t>
      </w:r>
      <w:proofErr w:type="spellEnd"/>
      <w:r w:rsidRPr="004C7437">
        <w:rPr>
          <w:rFonts w:asciiTheme="minorHAnsi" w:hAnsiTheme="minorHAnsi"/>
          <w:sz w:val="24"/>
          <w:szCs w:val="24"/>
        </w:rPr>
        <w:t xml:space="preserve"> (46,4%), </w:t>
      </w:r>
      <w:proofErr w:type="spellStart"/>
      <w:r w:rsidRPr="004C7437">
        <w:rPr>
          <w:rFonts w:asciiTheme="minorHAnsi" w:hAnsiTheme="minorHAnsi"/>
          <w:sz w:val="24"/>
          <w:szCs w:val="24"/>
        </w:rPr>
        <w:t>familiile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sărace</w:t>
      </w:r>
      <w:proofErr w:type="spellEnd"/>
      <w:r w:rsidRPr="004C7437">
        <w:rPr>
          <w:rFonts w:asciiTheme="minorHAnsi" w:hAnsiTheme="minorHAnsi"/>
          <w:sz w:val="24"/>
          <w:szCs w:val="24"/>
        </w:rPr>
        <w:t xml:space="preserve"> (36,3%), </w:t>
      </w:r>
      <w:proofErr w:type="spellStart"/>
      <w:r w:rsidRPr="004C7437">
        <w:rPr>
          <w:rFonts w:asciiTheme="minorHAnsi" w:hAnsiTheme="minorHAnsi"/>
          <w:sz w:val="24"/>
          <w:szCs w:val="24"/>
        </w:rPr>
        <w:t>tinerii</w:t>
      </w:r>
      <w:proofErr w:type="spellEnd"/>
      <w:r w:rsidRPr="004C7437">
        <w:rPr>
          <w:rFonts w:asciiTheme="minorHAnsi" w:hAnsiTheme="minorHAnsi"/>
          <w:sz w:val="24"/>
          <w:szCs w:val="24"/>
        </w:rPr>
        <w:t xml:space="preserve"> (21,9%)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persoanele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fără</w:t>
      </w:r>
      <w:proofErr w:type="spellEnd"/>
      <w:r w:rsidRPr="004C7437">
        <w:rPr>
          <w:rFonts w:asciiTheme="minorHAnsi" w:hAnsiTheme="minorHAnsi"/>
          <w:sz w:val="24"/>
          <w:szCs w:val="24"/>
        </w:rPr>
        <w:t xml:space="preserve"> loc de </w:t>
      </w:r>
      <w:proofErr w:type="spellStart"/>
      <w:r w:rsidRPr="004C7437">
        <w:rPr>
          <w:rFonts w:asciiTheme="minorHAnsi" w:hAnsiTheme="minorHAnsi"/>
          <w:sz w:val="24"/>
          <w:szCs w:val="24"/>
        </w:rPr>
        <w:t>muncă</w:t>
      </w:r>
      <w:proofErr w:type="spellEnd"/>
      <w:r w:rsidRPr="004C7437">
        <w:rPr>
          <w:rFonts w:asciiTheme="minorHAnsi" w:hAnsiTheme="minorHAnsi"/>
          <w:sz w:val="24"/>
          <w:szCs w:val="24"/>
        </w:rPr>
        <w:t xml:space="preserve"> (13,5%). </w:t>
      </w:r>
      <w:proofErr w:type="spellStart"/>
      <w:r w:rsidRPr="004C7437">
        <w:rPr>
          <w:rFonts w:asciiTheme="minorHAnsi" w:hAnsiTheme="minorHAnsi"/>
          <w:sz w:val="24"/>
          <w:szCs w:val="24"/>
        </w:rPr>
        <w:t>Respondenții</w:t>
      </w:r>
      <w:proofErr w:type="spellEnd"/>
      <w:r w:rsidRPr="004C7437">
        <w:rPr>
          <w:rFonts w:asciiTheme="minorHAnsi" w:hAnsiTheme="minorHAnsi"/>
          <w:sz w:val="24"/>
          <w:szCs w:val="24"/>
        </w:rPr>
        <w:t xml:space="preserve"> au </w:t>
      </w:r>
      <w:proofErr w:type="spellStart"/>
      <w:r w:rsidRPr="004C7437">
        <w:rPr>
          <w:rFonts w:asciiTheme="minorHAnsi" w:hAnsiTheme="minorHAnsi"/>
          <w:sz w:val="24"/>
          <w:szCs w:val="24"/>
        </w:rPr>
        <w:t>putut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oferi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până</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trei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răspunsuri</w:t>
      </w:r>
      <w:proofErr w:type="spellEnd"/>
      <w:r w:rsidRPr="004C7437">
        <w:rPr>
          <w:rFonts w:asciiTheme="minorHAnsi" w:hAnsiTheme="minorHAnsi"/>
          <w:sz w:val="24"/>
          <w:szCs w:val="24"/>
        </w:rPr>
        <w:t>.</w:t>
      </w:r>
    </w:p>
    <w:p w14:paraId="716D4D6B" w14:textId="796504C0"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Acceptarea socială scade pe măsură ce relația devine mai apropiată</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r w:rsidR="006774F1">
        <w:rPr>
          <w:rFonts w:asciiTheme="minorHAnsi" w:hAnsiTheme="minorHAnsi"/>
          <w:sz w:val="24"/>
          <w:szCs w:val="24"/>
        </w:rPr>
      </w:r>
      <w:proofErr w:type="spellStart"/>
      <w:r w:rsidR="006774F1">
        <w:rPr>
          <w:rFonts w:asciiTheme="minorHAnsi" w:hAnsiTheme="minorHAnsi"/>
          <w:sz w:val="24"/>
          <w:szCs w:val="24"/>
        </w:rPr>
      </w:r>
      <w:proofErr w:type="spellEnd"/>
      <w:r w:rsidR="006774F1">
        <w:rPr>
          <w:rFonts w:asciiTheme="minorHAnsi" w:hAnsiTheme="minorHAnsi"/>
          <w:sz w:val="24"/>
          <w:szCs w:val="24"/>
        </w:rPr>
      </w:r>
      <w:proofErr w:type="spellStart"/>
      <w:r w:rsidR="006774F1">
        <w:rPr>
          <w:rFonts w:asciiTheme="minorHAnsi" w:hAnsiTheme="minorHAnsi"/>
          <w:sz w:val="24"/>
          <w:szCs w:val="24"/>
        </w:rPr>
      </w:r>
      <w:proofErr w:type="spellEnd"/>
      <w:r w:rsidR="006774F1">
        <w:rPr>
          <w:rFonts w:asciiTheme="minorHAnsi" w:hAnsiTheme="minorHAnsi"/>
          <w:sz w:val="24"/>
          <w:szCs w:val="24"/>
        </w:rPr>
      </w:r>
      <w:proofErr w:type="spellStart"/>
      <w:r w:rsidR="006774F1">
        <w:rPr>
          <w:rFonts w:asciiTheme="minorHAnsi" w:hAnsiTheme="minorHAnsi"/>
          <w:sz w:val="24"/>
          <w:szCs w:val="24"/>
        </w:rPr>
      </w:r>
      <w:proofErr w:type="spellEnd"/>
      <w:r w:rsidR="006774F1">
        <w:rPr>
          <w:rFonts w:asciiTheme="minorHAnsi" w:hAnsiTheme="minorHAnsi"/>
          <w:sz w:val="24"/>
          <w:szCs w:val="24"/>
        </w:rPr>
      </w:r>
      <w:proofErr w:type="spellStart"/>
      <w:r w:rsidR="006774F1">
        <w:rPr>
          <w:rFonts w:asciiTheme="minorHAnsi" w:hAnsiTheme="minorHAnsi"/>
          <w:sz w:val="24"/>
          <w:szCs w:val="24"/>
        </w:rPr>
      </w:r>
      <w:proofErr w:type="spellEnd"/>
    </w:p>
    <w:p w14:paraId="093FF544" w14:textId="2A8E35EC" w:rsidR="004D4CFD" w:rsidRPr="004C7437" w:rsidRDefault="0031052E">
      <w:pPr>
        <w:jc w:val="both"/>
        <w:rPr>
          <w:rFonts w:asciiTheme="minorHAnsi" w:hAnsiTheme="minorHAnsi"/>
          <w:sz w:val="24"/>
          <w:szCs w:val="24"/>
        </w:rPr>
      </w:pPr>
      <w:proofErr w:type="spellStart"/>
      <w:r w:rsidRPr="00A312B8">
        <w:t>Deschiderea</w:t>
      </w:r>
      <w:proofErr w:type="spellEnd"/>
      <w:r w:rsidRPr="00A312B8">
        <w:t xml:space="preserve"> </w:t>
      </w:r>
      <w:proofErr w:type="spellStart"/>
      <w:r w:rsidRPr="00A312B8">
        <w:t>față</w:t>
      </w:r>
      <w:proofErr w:type="spellEnd"/>
      <w:r w:rsidRPr="00A312B8">
        <w:t xml:space="preserve"> de </w:t>
      </w:r>
      <w:proofErr w:type="spellStart"/>
      <w:r w:rsidRPr="00A312B8">
        <w:t>diferite</w:t>
      </w:r>
      <w:proofErr w:type="spellEnd"/>
      <w:r w:rsidRPr="00A312B8">
        <w:t xml:space="preserve"> </w:t>
      </w:r>
      <w:proofErr w:type="spellStart"/>
      <w:r w:rsidRPr="00A312B8">
        <w:t>grupuri</w:t>
      </w:r>
      <w:proofErr w:type="spellEnd"/>
      <w:r w:rsidRPr="00A312B8">
        <w:t xml:space="preserve"> </w:t>
      </w:r>
      <w:proofErr w:type="spellStart"/>
      <w:r w:rsidRPr="00A312B8">
        <w:t>în</w:t>
      </w:r>
      <w:proofErr w:type="spellEnd"/>
      <w:r w:rsidRPr="00A312B8">
        <w:t xml:space="preserve"> </w:t>
      </w:r>
      <w:proofErr w:type="spellStart"/>
      <w:r w:rsidRPr="00A312B8">
        <w:t>Republica</w:t>
      </w:r>
      <w:proofErr w:type="spellEnd"/>
      <w:r w:rsidRPr="00A312B8">
        <w:t xml:space="preserve"> Moldova </w:t>
      </w:r>
      <w:proofErr w:type="spellStart"/>
      <w:r w:rsidRPr="00A312B8">
        <w:t>este</w:t>
      </w:r>
      <w:proofErr w:type="spellEnd"/>
      <w:r w:rsidRPr="00A312B8">
        <w:t xml:space="preserve"> </w:t>
      </w:r>
      <w:proofErr w:type="spellStart"/>
      <w:r w:rsidRPr="00A312B8">
        <w:t>mai</w:t>
      </w:r>
      <w:proofErr w:type="spellEnd"/>
      <w:r w:rsidRPr="00A312B8">
        <w:t xml:space="preserve"> mare </w:t>
      </w:r>
      <w:proofErr w:type="spellStart"/>
      <w:r w:rsidRPr="00A312B8">
        <w:t>decât</w:t>
      </w:r>
      <w:proofErr w:type="spellEnd"/>
      <w:r w:rsidRPr="00A312B8">
        <w:t xml:space="preserve"> </w:t>
      </w:r>
      <w:proofErr w:type="spellStart"/>
      <w:r w:rsidRPr="00A312B8">
        <w:t>acceptarea</w:t>
      </w:r>
      <w:proofErr w:type="spellEnd"/>
      <w:r w:rsidRPr="00A312B8">
        <w:t xml:space="preserve"> </w:t>
      </w:r>
      <w:proofErr w:type="spellStart"/>
      <w:r w:rsidRPr="00A312B8">
        <w:t>acestora</w:t>
      </w:r>
      <w:proofErr w:type="spellEnd"/>
      <w:r w:rsidRPr="004C7437">
        <w:rPr>
          <w:rFonts w:asciiTheme="minorHAnsi" w:hAnsiTheme="minorHAnsi"/>
          <w:sz w:val="24"/>
          <w:szCs w:val="24"/>
        </w:rPr>
        <w:t xml:space="preserve"> </w:t>
      </w:r>
      <w:r w:rsidR="00460E31" w:rsidRPr="004C7437">
        <w:rPr>
          <w:rFonts w:asciiTheme="minorHAnsi" w:hAnsiTheme="minorHAnsi"/>
          <w:sz w:val="24"/>
          <w:szCs w:val="24"/>
        </w:rPr>
        <w:t xml:space="preserve">ca </w:t>
      </w:r>
      <w:proofErr w:type="spellStart"/>
      <w:r w:rsidR="00460E31" w:rsidRPr="004C7437">
        <w:rPr>
          <w:rFonts w:asciiTheme="minorHAnsi" w:hAnsiTheme="minorHAnsi"/>
          <w:sz w:val="24"/>
          <w:szCs w:val="24"/>
        </w:rPr>
        <w:t>membri</w:t>
      </w:r>
      <w:proofErr w:type="spellEnd"/>
      <w:r w:rsidR="00460E31" w:rsidRPr="004C7437">
        <w:rPr>
          <w:rFonts w:asciiTheme="minorHAnsi" w:hAnsiTheme="minorHAnsi"/>
          <w:sz w:val="24"/>
          <w:szCs w:val="24"/>
        </w:rPr>
        <w:t xml:space="preserve"> ai </w:t>
      </w:r>
      <w:proofErr w:type="spellStart"/>
      <w:r w:rsidR="00460E31" w:rsidRPr="004C7437">
        <w:rPr>
          <w:rFonts w:asciiTheme="minorHAnsi" w:hAnsiTheme="minorHAnsi"/>
          <w:sz w:val="24"/>
          <w:szCs w:val="24"/>
        </w:rPr>
        <w:t>propriei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familii</w:t>
      </w:r>
      <w:proofErr w:type="spellEnd"/>
      <w:r w:rsidR="00460E31" w:rsidRPr="004C7437">
        <w:rPr>
          <w:rFonts w:asciiTheme="minorHAnsi" w:hAnsiTheme="minorHAnsi"/>
          <w:sz w:val="24"/>
          <w:szCs w:val="24"/>
        </w:rPr>
        <w:t xml:space="preserve">. La </w:t>
      </w:r>
      <w:proofErr w:type="spellStart"/>
      <w:r w:rsidR="00460E31" w:rsidRPr="004C7437">
        <w:rPr>
          <w:rFonts w:asciiTheme="minorHAnsi" w:hAnsiTheme="minorHAnsi"/>
          <w:sz w:val="24"/>
          <w:szCs w:val="24"/>
        </w:rPr>
        <w:t>nivelul</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țării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cele</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mai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ridicate</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niveluri</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acceptare</w:t>
      </w:r>
      <w:proofErr w:type="spellEnd"/>
      <w:r w:rsidR="00460E31" w:rsidRPr="004C7437">
        <w:rPr>
          <w:rFonts w:asciiTheme="minorHAnsi" w:hAnsiTheme="minorHAnsi"/>
          <w:sz w:val="24"/>
          <w:szCs w:val="24"/>
        </w:rPr>
        <w:t xml:space="preserve"> se </w:t>
      </w:r>
      <w:proofErr w:type="spellStart"/>
      <w:r w:rsidR="00460E31" w:rsidRPr="004C7437">
        <w:rPr>
          <w:rFonts w:asciiTheme="minorHAnsi" w:hAnsiTheme="minorHAnsi"/>
          <w:sz w:val="24"/>
          <w:szCs w:val="24"/>
        </w:rPr>
        <w:t>înregistrează</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persoanele</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altă</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rasă</w:t>
      </w:r>
      <w:proofErr w:type="spellEnd"/>
      <w:r w:rsidR="00460E31" w:rsidRPr="004C7437">
        <w:rPr>
          <w:rFonts w:asciiTheme="minorHAnsi" w:hAnsiTheme="minorHAnsi"/>
          <w:sz w:val="24"/>
          <w:szCs w:val="24"/>
        </w:rPr>
        <w:t xml:space="preserve"> (62,8%), </w:t>
      </w:r>
      <w:proofErr w:type="spellStart"/>
      <w:r w:rsidR="00460E31" w:rsidRPr="004C7437">
        <w:rPr>
          <w:rFonts w:asciiTheme="minorHAnsi" w:hAnsiTheme="minorHAnsi"/>
          <w:sz w:val="24"/>
          <w:szCs w:val="24"/>
        </w:rPr>
        <w:t>evrei</w:t>
      </w:r>
      <w:proofErr w:type="spellEnd"/>
      <w:r w:rsidR="00460E31" w:rsidRPr="004C7437">
        <w:rPr>
          <w:rFonts w:asciiTheme="minorHAnsi" w:hAnsiTheme="minorHAnsi"/>
          <w:sz w:val="24"/>
          <w:szCs w:val="24"/>
        </w:rPr>
        <w:t xml:space="preserve"> (62,6%) </w:t>
      </w:r>
      <w:proofErr w:type="spellStart"/>
      <w:r w:rsidR="00460E31" w:rsidRPr="004C7437">
        <w:rPr>
          <w:rFonts w:asciiTheme="minorHAnsi" w:hAnsiTheme="minorHAnsi"/>
          <w:sz w:val="24"/>
          <w:szCs w:val="24"/>
        </w:rPr>
        <w:t>și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romi</w:t>
      </w:r>
      <w:proofErr w:type="spellEnd"/>
      <w:r w:rsidR="00460E31" w:rsidRPr="004C7437">
        <w:rPr>
          <w:rFonts w:asciiTheme="minorHAnsi" w:hAnsiTheme="minorHAnsi"/>
          <w:sz w:val="24"/>
          <w:szCs w:val="24"/>
        </w:rPr>
        <w:t xml:space="preserve"> (57,6%). </w:t>
      </w:r>
      <w:proofErr w:type="spellStart"/>
      <w:r w:rsidR="00460E31" w:rsidRPr="004C7437">
        <w:rPr>
          <w:rFonts w:asciiTheme="minorHAnsi" w:hAnsiTheme="minorHAnsi"/>
          <w:sz w:val="24"/>
          <w:szCs w:val="24"/>
        </w:rPr>
        <w:t>Urmează</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imigranții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veniți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locuri</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muncă</w:t>
      </w:r>
      <w:proofErr w:type="spellEnd"/>
      <w:r w:rsidR="00460E31" w:rsidRPr="004C7437">
        <w:rPr>
          <w:rFonts w:asciiTheme="minorHAnsi" w:hAnsiTheme="minorHAnsi"/>
          <w:sz w:val="24"/>
          <w:szCs w:val="24"/>
        </w:rPr>
        <w:t xml:space="preserve"> (48,6%), </w:t>
      </w:r>
      <w:proofErr w:type="spellStart"/>
      <w:r w:rsidR="00460E31" w:rsidRPr="004C7437">
        <w:rPr>
          <w:rFonts w:asciiTheme="minorHAnsi" w:hAnsiTheme="minorHAnsi"/>
          <w:sz w:val="24"/>
          <w:szCs w:val="24"/>
        </w:rPr>
        <w:t>persoanele</w:t>
      </w:r>
      <w:proofErr w:type="spellEnd"/>
      <w:r w:rsidR="00460E31" w:rsidRPr="004C7437">
        <w:rPr>
          <w:rFonts w:asciiTheme="minorHAnsi" w:hAnsiTheme="minorHAnsi"/>
          <w:sz w:val="24"/>
          <w:szCs w:val="24"/>
        </w:rPr>
        <w:t xml:space="preserve"> care </w:t>
      </w:r>
      <w:proofErr w:type="spellStart"/>
      <w:r w:rsidR="00460E31" w:rsidRPr="004C7437">
        <w:rPr>
          <w:rFonts w:asciiTheme="minorHAnsi" w:hAnsiTheme="minorHAnsi"/>
          <w:sz w:val="24"/>
          <w:szCs w:val="24"/>
        </w:rPr>
        <w:t>trăiesc</w:t>
      </w:r>
      <w:proofErr w:type="spellEnd"/>
      <w:r w:rsidR="00460E31" w:rsidRPr="004C7437">
        <w:rPr>
          <w:rFonts w:asciiTheme="minorHAnsi" w:hAnsiTheme="minorHAnsi"/>
          <w:sz w:val="24"/>
          <w:szCs w:val="24"/>
        </w:rPr>
        <w:t xml:space="preserve"> cu HIV (43,4%) </w:t>
      </w:r>
      <w:proofErr w:type="spellStart"/>
      <w:r w:rsidR="00460E31" w:rsidRPr="004C7437">
        <w:rPr>
          <w:rFonts w:asciiTheme="minorHAnsi" w:hAnsiTheme="minorHAnsi"/>
          <w:sz w:val="24"/>
          <w:szCs w:val="24"/>
        </w:rPr>
        <w:t>și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musulmanii</w:t>
      </w:r>
      <w:proofErr w:type="spellEnd"/>
      <w:r w:rsidR="00460E31" w:rsidRPr="004C7437">
        <w:rPr>
          <w:rFonts w:asciiTheme="minorHAnsi" w:hAnsiTheme="minorHAnsi"/>
          <w:sz w:val="24"/>
          <w:szCs w:val="24"/>
        </w:rPr>
        <w:t xml:space="preserve"> (37,4%). </w:t>
      </w:r>
      <w:proofErr w:type="spellStart"/>
      <w:r w:rsidR="00460E31" w:rsidRPr="004C7437">
        <w:rPr>
          <w:rFonts w:asciiTheme="minorHAnsi" w:hAnsiTheme="minorHAnsi"/>
          <w:sz w:val="24"/>
          <w:szCs w:val="24"/>
        </w:rPr>
        <w:t>Nivelurile</w:t>
      </w:r>
      <w:proofErr w:type="spellEnd"/>
      <w:r w:rsidR="00460E31" w:rsidRPr="004C7437">
        <w:rPr>
          <w:rFonts w:asciiTheme="minorHAnsi" w:hAnsiTheme="minorHAnsi"/>
          <w:sz w:val="24"/>
          <w:szCs w:val="24"/>
        </w:rPr>
        <w:t xml:space="preserve"> sunt </w:t>
      </w:r>
      <w:proofErr w:type="spellStart"/>
      <w:r w:rsidR="00460E31" w:rsidRPr="004C7437">
        <w:rPr>
          <w:rFonts w:asciiTheme="minorHAnsi" w:hAnsiTheme="minorHAnsi"/>
          <w:sz w:val="24"/>
          <w:szCs w:val="24"/>
        </w:rPr>
        <w:t>mai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scăzute</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homosexuali</w:t>
      </w:r>
      <w:proofErr w:type="spellEnd"/>
      <w:r w:rsidR="00460E31" w:rsidRPr="004C7437">
        <w:rPr>
          <w:rFonts w:asciiTheme="minorHAnsi" w:hAnsiTheme="minorHAnsi"/>
          <w:sz w:val="24"/>
          <w:szCs w:val="24"/>
        </w:rPr>
        <w:t xml:space="preserve"> (18,3%) </w:t>
      </w:r>
      <w:proofErr w:type="spellStart"/>
      <w:r w:rsidR="00460E31" w:rsidRPr="004C7437">
        <w:rPr>
          <w:rFonts w:asciiTheme="minorHAnsi" w:hAnsiTheme="minorHAnsi"/>
          <w:sz w:val="24"/>
          <w:szCs w:val="24"/>
        </w:rPr>
        <w:t>și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consumatorii</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droguri</w:t>
      </w:r>
      <w:proofErr w:type="spellEnd"/>
      <w:r w:rsidR="00460E31" w:rsidRPr="004C7437">
        <w:rPr>
          <w:rFonts w:asciiTheme="minorHAnsi" w:hAnsiTheme="minorHAnsi"/>
          <w:sz w:val="24"/>
          <w:szCs w:val="24"/>
        </w:rPr>
        <w:t xml:space="preserve"> (10,5%).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acceptarea</w:t>
      </w:r>
      <w:proofErr w:type="spellEnd"/>
      <w:r w:rsidR="00460E31" w:rsidRPr="004C7437">
        <w:rPr>
          <w:rFonts w:asciiTheme="minorHAnsi" w:hAnsiTheme="minorHAnsi"/>
          <w:sz w:val="24"/>
          <w:szCs w:val="24"/>
        </w:rPr>
        <w:t xml:space="preserve"> ca </w:t>
      </w:r>
      <w:proofErr w:type="spellStart"/>
      <w:r w:rsidR="00460E31" w:rsidRPr="004C7437">
        <w:rPr>
          <w:rFonts w:asciiTheme="minorHAnsi" w:hAnsiTheme="minorHAnsi"/>
          <w:sz w:val="24"/>
          <w:szCs w:val="24"/>
        </w:rPr>
        <w:t>membru</w:t>
      </w:r>
      <w:proofErr w:type="spellEnd"/>
      <w:r w:rsidR="00460E31" w:rsidRPr="004C7437">
        <w:rPr>
          <w:rFonts w:asciiTheme="minorHAnsi" w:hAnsiTheme="minorHAnsi"/>
          <w:sz w:val="24"/>
          <w:szCs w:val="24"/>
        </w:rPr>
        <w:t xml:space="preserve"> al </w:t>
      </w:r>
      <w:proofErr w:type="spellStart"/>
      <w:r w:rsidR="00460E31" w:rsidRPr="004C7437">
        <w:rPr>
          <w:rFonts w:asciiTheme="minorHAnsi" w:hAnsiTheme="minorHAnsi"/>
          <w:sz w:val="24"/>
          <w:szCs w:val="24"/>
        </w:rPr>
        <w:t>familiei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procentele</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coboară</w:t>
      </w:r>
      <w:proofErr w:type="spellEnd"/>
      <w:r w:rsidR="00460E31" w:rsidRPr="004C7437">
        <w:rPr>
          <w:rFonts w:asciiTheme="minorHAnsi" w:hAnsiTheme="minorHAnsi"/>
          <w:sz w:val="24"/>
          <w:szCs w:val="24"/>
        </w:rPr>
        <w:t xml:space="preserve"> la 41,6%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evrei</w:t>
      </w:r>
      <w:proofErr w:type="spellEnd"/>
      <w:r w:rsidR="00460E31" w:rsidRPr="004C7437">
        <w:rPr>
          <w:rFonts w:asciiTheme="minorHAnsi" w:hAnsiTheme="minorHAnsi"/>
          <w:sz w:val="24"/>
          <w:szCs w:val="24"/>
        </w:rPr>
        <w:t xml:space="preserve">, 32,4%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persoane</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altă</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rasă</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aproximativ</w:t>
      </w:r>
      <w:proofErr w:type="spellEnd"/>
      <w:r w:rsidR="00460E31" w:rsidRPr="004C7437">
        <w:rPr>
          <w:rFonts w:asciiTheme="minorHAnsi" w:hAnsiTheme="minorHAnsi"/>
          <w:sz w:val="24"/>
          <w:szCs w:val="24"/>
        </w:rPr>
        <w:t xml:space="preserve"> 22%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romi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musulmani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și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imigranți</w:t>
      </w:r>
      <w:proofErr w:type="spellEnd"/>
      <w:r w:rsidR="00460E31" w:rsidRPr="004C7437">
        <w:rPr>
          <w:rFonts w:asciiTheme="minorHAnsi" w:hAnsiTheme="minorHAnsi"/>
          <w:sz w:val="24"/>
          <w:szCs w:val="24"/>
        </w:rPr>
        <w:t xml:space="preserve">, 16,5%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persoane</w:t>
      </w:r>
      <w:proofErr w:type="spellEnd"/>
      <w:r w:rsidR="00460E31" w:rsidRPr="004C7437">
        <w:rPr>
          <w:rFonts w:asciiTheme="minorHAnsi" w:hAnsiTheme="minorHAnsi"/>
          <w:sz w:val="24"/>
          <w:szCs w:val="24"/>
        </w:rPr>
        <w:t xml:space="preserve"> care </w:t>
      </w:r>
      <w:proofErr w:type="spellStart"/>
      <w:r w:rsidR="00460E31" w:rsidRPr="004C7437">
        <w:rPr>
          <w:rFonts w:asciiTheme="minorHAnsi" w:hAnsiTheme="minorHAnsi"/>
          <w:sz w:val="24"/>
          <w:szCs w:val="24"/>
        </w:rPr>
        <w:t>trăiesc</w:t>
      </w:r>
      <w:proofErr w:type="spellEnd"/>
      <w:r w:rsidR="00460E31" w:rsidRPr="004C7437">
        <w:rPr>
          <w:rFonts w:asciiTheme="minorHAnsi" w:hAnsiTheme="minorHAnsi"/>
          <w:sz w:val="24"/>
          <w:szCs w:val="24"/>
        </w:rPr>
        <w:t xml:space="preserve"> cu HIV, 8,5%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homosexuali</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și</w:t>
      </w:r>
      <w:proofErr w:type="spellEnd"/>
      <w:r w:rsidR="00460E31" w:rsidRPr="004C7437">
        <w:rPr>
          <w:rFonts w:asciiTheme="minorHAnsi" w:hAnsiTheme="minorHAnsi"/>
          <w:sz w:val="24"/>
          <w:szCs w:val="24"/>
        </w:rPr>
        <w:t xml:space="preserve"> 2,9% </w:t>
      </w:r>
      <w:proofErr w:type="spellStart"/>
      <w:r w:rsidR="00460E31" w:rsidRPr="004C7437">
        <w:rPr>
          <w:rFonts w:asciiTheme="minorHAnsi" w:hAnsiTheme="minorHAnsi"/>
          <w:sz w:val="24"/>
          <w:szCs w:val="24"/>
        </w:rPr>
        <w:t>pentru</w:t>
      </w:r>
      <w:proofErr w:type="spellEnd"/>
      <w:r w:rsidR="00460E31" w:rsidRPr="004C7437">
        <w:rPr>
          <w:rFonts w:asciiTheme="minorHAnsi" w:hAnsiTheme="minorHAnsi"/>
          <w:sz w:val="24"/>
          <w:szCs w:val="24"/>
        </w:rPr>
        <w:t xml:space="preserve"> </w:t>
      </w:r>
      <w:proofErr w:type="spellStart"/>
      <w:r w:rsidR="00460E31" w:rsidRPr="004C7437">
        <w:rPr>
          <w:rFonts w:asciiTheme="minorHAnsi" w:hAnsiTheme="minorHAnsi"/>
          <w:sz w:val="24"/>
          <w:szCs w:val="24"/>
        </w:rPr>
        <w:t>consumatori</w:t>
      </w:r>
      <w:proofErr w:type="spellEnd"/>
      <w:r w:rsidR="00460E31" w:rsidRPr="004C7437">
        <w:rPr>
          <w:rFonts w:asciiTheme="minorHAnsi" w:hAnsiTheme="minorHAnsi"/>
          <w:sz w:val="24"/>
          <w:szCs w:val="24"/>
        </w:rPr>
        <w:t xml:space="preserve"> de </w:t>
      </w:r>
      <w:proofErr w:type="spellStart"/>
      <w:r w:rsidR="00460E31" w:rsidRPr="004C7437">
        <w:rPr>
          <w:rFonts w:asciiTheme="minorHAnsi" w:hAnsiTheme="minorHAnsi"/>
          <w:sz w:val="24"/>
          <w:szCs w:val="24"/>
        </w:rPr>
        <w:t>droguri</w:t>
      </w:r>
      <w:proofErr w:type="spellEnd"/>
      <w:r w:rsidR="00460E31" w:rsidRPr="004C7437">
        <w:rPr>
          <w:rFonts w:asciiTheme="minorHAnsi" w:hAnsiTheme="minorHAnsi"/>
          <w:sz w:val="24"/>
          <w:szCs w:val="24"/>
        </w:rPr>
        <w:t>.</w:t>
      </w:r>
    </w:p>
    <w:p w14:paraId="75B0DAB0"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Identitatea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civică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puternică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experiența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migrației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extinsă</w:t>
      </w:r>
      <w:proofErr w:type="spellEnd"/>
    </w:p>
    <w:p w14:paraId="1CC2797E"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total, 86,0%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se </w:t>
      </w:r>
      <w:proofErr w:type="spellStart"/>
      <w:r w:rsidRPr="004C7437">
        <w:rPr>
          <w:rFonts w:asciiTheme="minorHAnsi" w:hAnsiTheme="minorHAnsi"/>
          <w:sz w:val="24"/>
          <w:szCs w:val="24"/>
        </w:rPr>
        <w:t>declară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mândri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mândri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sunt </w:t>
      </w:r>
      <w:proofErr w:type="spellStart"/>
      <w:r w:rsidRPr="004C7437">
        <w:rPr>
          <w:rFonts w:asciiTheme="minorHAnsi" w:hAnsiTheme="minorHAnsi"/>
          <w:sz w:val="24"/>
          <w:szCs w:val="24"/>
        </w:rPr>
        <w:t>cetățeni</w:t>
      </w:r>
      <w:proofErr w:type="spellEnd"/>
      <w:r w:rsidRPr="004C7437">
        <w:rPr>
          <w:rFonts w:asciiTheme="minorHAnsi" w:hAnsiTheme="minorHAnsi"/>
          <w:sz w:val="24"/>
          <w:szCs w:val="24"/>
        </w:rPr>
        <w:t xml:space="preserve"> ai </w:t>
      </w:r>
      <w:proofErr w:type="spellStart"/>
      <w:r w:rsidRPr="004C7437">
        <w:rPr>
          <w:rFonts w:asciiTheme="minorHAnsi" w:hAnsiTheme="minorHAnsi"/>
          <w:sz w:val="24"/>
          <w:szCs w:val="24"/>
        </w:rPr>
        <w:t>Republicii</w:t>
      </w:r>
      <w:proofErr w:type="spellEnd"/>
      <w:r w:rsidRPr="004C7437">
        <w:rPr>
          <w:rFonts w:asciiTheme="minorHAnsi" w:hAnsiTheme="minorHAnsi"/>
          <w:sz w:val="24"/>
          <w:szCs w:val="24"/>
        </w:rPr>
        <w:t xml:space="preserve"> Moldova. O </w:t>
      </w:r>
      <w:proofErr w:type="spellStart"/>
      <w:r w:rsidRPr="004C7437">
        <w:rPr>
          <w:rFonts w:asciiTheme="minorHAnsi" w:hAnsiTheme="minorHAnsi"/>
          <w:sz w:val="24"/>
          <w:szCs w:val="24"/>
        </w:rPr>
        <w:t>pondere</w:t>
      </w:r>
      <w:proofErr w:type="spellEnd"/>
      <w:r w:rsidRPr="004C7437">
        <w:rPr>
          <w:rFonts w:asciiTheme="minorHAnsi" w:hAnsiTheme="minorHAnsi"/>
          <w:sz w:val="24"/>
          <w:szCs w:val="24"/>
        </w:rPr>
        <w:t xml:space="preserve"> de 13,3%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puțin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mândră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deloc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mândră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Totodată</w:t>
      </w:r>
      <w:proofErr w:type="spellEnd"/>
      <w:r w:rsidRPr="004C7437">
        <w:rPr>
          <w:rFonts w:asciiTheme="minorHAnsi" w:hAnsiTheme="minorHAnsi"/>
          <w:sz w:val="24"/>
          <w:szCs w:val="24"/>
        </w:rPr>
        <w:t xml:space="preserve">, 50,7% </w:t>
      </w:r>
      <w:proofErr w:type="spellStart"/>
      <w:r w:rsidRPr="004C7437">
        <w:rPr>
          <w:rFonts w:asciiTheme="minorHAnsi" w:hAnsiTheme="minorHAnsi"/>
          <w:sz w:val="24"/>
          <w:szCs w:val="24"/>
        </w:rPr>
        <w:t>afirmă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au </w:t>
      </w:r>
      <w:proofErr w:type="spellStart"/>
      <w:r w:rsidRPr="004C7437">
        <w:rPr>
          <w:rFonts w:asciiTheme="minorHAnsi" w:hAnsiTheme="minorHAnsi"/>
          <w:sz w:val="24"/>
          <w:szCs w:val="24"/>
        </w:rPr>
        <w:t>lucrat</w:t>
      </w:r>
      <w:proofErr w:type="spellEnd"/>
      <w:r w:rsidRPr="004C7437">
        <w:rPr>
          <w:rFonts w:asciiTheme="minorHAnsi" w:hAnsiTheme="minorHAnsi"/>
          <w:sz w:val="24"/>
          <w:szCs w:val="24"/>
        </w:rPr>
        <w:t xml:space="preserve"> la un moment </w:t>
      </w:r>
      <w:proofErr w:type="spellStart"/>
      <w:r w:rsidRPr="004C7437">
        <w:rPr>
          <w:rFonts w:asciiTheme="minorHAnsi" w:hAnsiTheme="minorHAnsi"/>
          <w:sz w:val="24"/>
          <w:szCs w:val="24"/>
        </w:rPr>
        <w:t>dat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străinătate</w:t>
      </w:r>
      <w:proofErr w:type="spellEnd"/>
      <w:r w:rsidRPr="004C7437">
        <w:rPr>
          <w:rFonts w:asciiTheme="minorHAnsi" w:hAnsiTheme="minorHAnsi"/>
          <w:sz w:val="24"/>
          <w:szCs w:val="24"/>
        </w:rPr>
        <w:t>.</w:t>
      </w:r>
    </w:p>
    <w:p w14:paraId="6BBB8B72" w14:textId="1C4C64A0" w:rsidR="004D4CFD" w:rsidRPr="004C7437" w:rsidRDefault="0031052E">
      <w:pPr>
        <w:pStyle w:val="Heading1"/>
        <w:rPr>
          <w:rFonts w:asciiTheme="minorHAnsi" w:hAnsiTheme="minorHAnsi"/>
          <w:sz w:val="24"/>
          <w:szCs w:val="24"/>
        </w:rPr>
      </w:pPr>
      <w:r>
        <w:rPr>
          <w:rFonts w:asciiTheme="minorHAnsi" w:hAnsiTheme="minorHAnsi"/>
          <w:sz w:val="24"/>
          <w:szCs w:val="24"/>
        </w:rPr>
      </w:r>
      <w:r>
        <w:rPr>
          <w:rFonts w:asciiTheme="minorHAnsi" w:hAnsiTheme="minorHAnsi"/>
          <w:sz w:val="24"/>
          <w:szCs w:val="24"/>
        </w:rPr>
      </w:r>
      <w:r>
        <w:rPr>
          <w:rFonts w:asciiTheme="minorHAnsi" w:hAnsiTheme="minorHAnsi"/>
          <w:sz w:val="24"/>
          <w:szCs w:val="24"/>
        </w:rPr>
      </w:r>
      <w:r w:rsidR="00460E31" w:rsidRPr="004C7437">
        <w:rPr>
          <w:rFonts w:asciiTheme="minorHAnsi" w:hAnsiTheme="minorHAnsi"/>
          <w:sz w:val="24"/>
          <w:szCs w:val="24"/>
        </w:rPr>
        <w:t>REFORMA EDUCAȚIEI ȘI ADMINISTRAȚIA PUBLICĂ LOCALĂ</w:t>
      </w:r>
    </w:p>
    <w:p w14:paraId="14E188DB"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Închiderea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școlilor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respinsă</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jumătate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p>
    <w:p w14:paraId="2B4BF787" w14:textId="77777777" w:rsidR="004D4CFD" w:rsidRPr="004C7437" w:rsidRDefault="00460E31" w:rsidP="0031052E">
      <w:pPr>
        <w:jc w:val="both"/>
        <w:rPr>
          <w:rFonts w:asciiTheme="minorHAnsi" w:hAnsiTheme="minorHAnsi"/>
          <w:sz w:val="24"/>
          <w:szCs w:val="24"/>
        </w:rPr>
      </w:pPr>
      <w:proofErr w:type="spellStart"/>
      <w:r w:rsidRPr="004C7437">
        <w:rPr>
          <w:rFonts w:asciiTheme="minorHAnsi" w:hAnsiTheme="minorHAnsi"/>
          <w:sz w:val="24"/>
          <w:szCs w:val="24"/>
        </w:rPr>
        <w:t>Jumătate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50,0%,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școlile</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trebuie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închise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chiar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dacă</w:t>
      </w:r>
      <w:proofErr w:type="spellEnd"/>
      <w:r w:rsidRPr="004C7437">
        <w:rPr>
          <w:rFonts w:asciiTheme="minorHAnsi" w:hAnsiTheme="minorHAnsi"/>
          <w:sz w:val="24"/>
          <w:szCs w:val="24"/>
        </w:rPr>
        <w:t xml:space="preserve"> au </w:t>
      </w:r>
      <w:proofErr w:type="spellStart"/>
      <w:r w:rsidRPr="004C7437">
        <w:rPr>
          <w:rFonts w:asciiTheme="minorHAnsi" w:hAnsiTheme="minorHAnsi"/>
          <w:sz w:val="24"/>
          <w:szCs w:val="24"/>
        </w:rPr>
        <w:t>foarte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puțini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elevi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Închiderea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școlilor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mici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văzută</w:t>
      </w:r>
      <w:proofErr w:type="spellEnd"/>
      <w:r w:rsidRPr="004C7437">
        <w:rPr>
          <w:rFonts w:asciiTheme="minorHAnsi" w:hAnsiTheme="minorHAnsi"/>
          <w:sz w:val="24"/>
          <w:szCs w:val="24"/>
        </w:rPr>
        <w:t xml:space="preserve"> ca </w:t>
      </w:r>
      <w:proofErr w:type="spellStart"/>
      <w:r w:rsidRPr="004C7437">
        <w:rPr>
          <w:rFonts w:asciiTheme="minorHAnsi" w:hAnsiTheme="minorHAnsi"/>
          <w:sz w:val="24"/>
          <w:szCs w:val="24"/>
        </w:rPr>
        <w:t>necesară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inevitabilă</w:t>
      </w:r>
      <w:proofErr w:type="spellEnd"/>
      <w:r w:rsidRPr="004C7437">
        <w:rPr>
          <w:rFonts w:asciiTheme="minorHAnsi" w:hAnsiTheme="minorHAnsi"/>
          <w:sz w:val="24"/>
          <w:szCs w:val="24"/>
        </w:rPr>
        <w:t xml:space="preserve"> de 26,2%,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15,8%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numărul</w:t>
      </w:r>
      <w:proofErr w:type="spellEnd"/>
      <w:r w:rsidRPr="004C7437">
        <w:rPr>
          <w:rFonts w:asciiTheme="minorHAnsi" w:hAnsiTheme="minorHAnsi"/>
          <w:sz w:val="24"/>
          <w:szCs w:val="24"/>
        </w:rPr>
        <w:t xml:space="preserve"> mic de </w:t>
      </w:r>
      <w:proofErr w:type="spellStart"/>
      <w:r w:rsidRPr="004C7437">
        <w:rPr>
          <w:rFonts w:asciiTheme="minorHAnsi" w:hAnsiTheme="minorHAnsi"/>
          <w:sz w:val="24"/>
          <w:szCs w:val="24"/>
        </w:rPr>
        <w:t>elevi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reprezintă</w:t>
      </w:r>
      <w:proofErr w:type="spellEnd"/>
      <w:r w:rsidRPr="004C7437">
        <w:rPr>
          <w:rFonts w:asciiTheme="minorHAnsi" w:hAnsiTheme="minorHAnsi"/>
          <w:sz w:val="24"/>
          <w:szCs w:val="24"/>
        </w:rPr>
        <w:t xml:space="preserve"> o </w:t>
      </w:r>
      <w:proofErr w:type="spellStart"/>
      <w:r w:rsidRPr="004C7437">
        <w:rPr>
          <w:rFonts w:asciiTheme="minorHAnsi" w:hAnsiTheme="minorHAnsi"/>
          <w:sz w:val="24"/>
          <w:szCs w:val="24"/>
        </w:rPr>
        <w:t>problemă</w:t>
      </w:r>
      <w:proofErr w:type="spellEnd"/>
      <w:r w:rsidRPr="004C7437">
        <w:rPr>
          <w:rFonts w:asciiTheme="minorHAnsi" w:hAnsiTheme="minorHAnsi"/>
          <w:sz w:val="24"/>
          <w:szCs w:val="24"/>
        </w:rPr>
        <w:t>.</w:t>
      </w:r>
    </w:p>
    <w:p w14:paraId="1C63B1D7"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Efectele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centralizării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instituțiilor</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învățământ</w:t>
      </w:r>
      <w:proofErr w:type="spellEnd"/>
      <w:r w:rsidRPr="004C7437">
        <w:rPr>
          <w:rFonts w:asciiTheme="minorHAnsi" w:hAnsiTheme="minorHAnsi"/>
          <w:sz w:val="24"/>
          <w:szCs w:val="24"/>
        </w:rPr>
        <w:t xml:space="preserve"> sunt evaluate </w:t>
      </w: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egal</w:t>
      </w:r>
    </w:p>
    <w:p w14:paraId="37AA36A2" w14:textId="1D27DDAB"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28,1%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reorganizarea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sau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centralizarea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instituțiilor</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învățământ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îmbunătăți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calitatea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educației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Aproape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aceeași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pondere</w:t>
      </w:r>
      <w:proofErr w:type="spellEnd"/>
      <w:r w:rsidRPr="004C7437">
        <w:rPr>
          <w:rFonts w:asciiTheme="minorHAnsi" w:hAnsiTheme="minorHAnsi"/>
          <w:sz w:val="24"/>
          <w:szCs w:val="24"/>
        </w:rPr>
        <w:t xml:space="preserve">, 26,9%, </w:t>
      </w:r>
      <w:proofErr w:type="spellStart"/>
      <w:r w:rsidRPr="004C7437">
        <w:rPr>
          <w:rFonts w:asciiTheme="minorHAnsi" w:hAnsiTheme="minorHAnsi"/>
          <w:sz w:val="24"/>
          <w:szCs w:val="24"/>
        </w:rPr>
        <w:t>anticipează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dificultăți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copii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părinți</w:t>
      </w:r>
      <w:proofErr w:type="spellEnd"/>
      <w:r w:rsidRPr="004C7437">
        <w:rPr>
          <w:rFonts w:asciiTheme="minorHAnsi" w:hAnsiTheme="minorHAnsi"/>
          <w:sz w:val="24"/>
          <w:szCs w:val="24"/>
        </w:rPr>
        <w:t xml:space="preserve">. Alte 18,5% cred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afecta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ales </w:t>
      </w:r>
      <w:proofErr w:type="spellStart"/>
      <w:r w:rsidRPr="004C7437">
        <w:rPr>
          <w:rFonts w:asciiTheme="minorHAnsi" w:hAnsiTheme="minorHAnsi"/>
          <w:sz w:val="24"/>
          <w:szCs w:val="24"/>
        </w:rPr>
        <w:t>localitățile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rurale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17,1% nu se </w:t>
      </w:r>
      <w:proofErr w:type="spellStart"/>
      <w:r w:rsidRPr="004C7437">
        <w:rPr>
          <w:rFonts w:asciiTheme="minorHAnsi" w:hAnsiTheme="minorHAnsi"/>
          <w:sz w:val="24"/>
          <w:szCs w:val="24"/>
        </w:rPr>
        <w:t>așteaptă</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schimbări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mai</w:t>
      </w:r>
      <w:proofErr w:type="spellEnd"/>
      <w:r w:rsidRPr="004C7437">
        <w:rPr>
          <w:rFonts w:asciiTheme="minorHAnsi" w:hAnsiTheme="minorHAnsi"/>
          <w:sz w:val="24"/>
          <w:szCs w:val="24"/>
        </w:rPr>
        <w:t xml:space="preserve"> mare </w:t>
      </w:r>
      <w:proofErr w:type="spellStart"/>
      <w:r w:rsidRPr="004C7437">
        <w:rPr>
          <w:rFonts w:asciiTheme="minorHAnsi" w:hAnsiTheme="minorHAnsi"/>
          <w:sz w:val="24"/>
          <w:szCs w:val="24"/>
        </w:rPr>
        <w:t>problemă</w:t>
      </w:r>
      <w:proofErr w:type="spellEnd"/>
      <w:r w:rsidRPr="004C7437">
        <w:rPr>
          <w:rFonts w:asciiTheme="minorHAnsi" w:hAnsiTheme="minorHAnsi"/>
          <w:sz w:val="24"/>
          <w:szCs w:val="24"/>
        </w:rPr>
        <w:t xml:space="preserve"> </w:t>
      </w:r>
      <w:proofErr w:type="gramStart"/>
      <w:r w:rsidRPr="004C7437">
        <w:rPr>
          <w:rFonts w:asciiTheme="minorHAnsi" w:hAnsiTheme="minorHAnsi"/>
          <w:sz w:val="24"/>
          <w:szCs w:val="24"/>
        </w:rPr>
        <w:t>a</w:t>
      </w:r>
      <w:proofErr w:type="gramEnd"/>
      <w:r w:rsidRPr="004C7437">
        <w:rPr>
          <w:rFonts w:asciiTheme="minorHAnsi" w:hAnsiTheme="minorHAnsi"/>
          <w:sz w:val="24"/>
          <w:szCs w:val="24"/>
        </w:rPr>
        <w:t xml:space="preserve"> </w:t>
      </w:r>
      <w:proofErr w:type="spellStart"/>
      <w:r w:rsidRPr="004C7437">
        <w:rPr>
          <w:rFonts w:asciiTheme="minorHAnsi" w:hAnsiTheme="minorHAnsi"/>
          <w:sz w:val="24"/>
          <w:szCs w:val="24"/>
        </w:rPr>
        <w:t>educației</w:t>
      </w:r>
      <w:proofErr w:type="spellEnd"/>
      <w:r w:rsidRPr="004C7437">
        <w:rPr>
          <w:rFonts w:asciiTheme="minorHAnsi" w:hAnsiTheme="minorHAnsi"/>
          <w:sz w:val="24"/>
          <w:szCs w:val="24"/>
        </w:rPr>
        <w:t xml:space="preserve"> la </w:t>
      </w:r>
      <w:proofErr w:type="spellStart"/>
      <w:r w:rsidRPr="004C7437">
        <w:rPr>
          <w:rFonts w:asciiTheme="minorHAnsi" w:hAnsiTheme="minorHAnsi"/>
          <w:sz w:val="24"/>
          <w:szCs w:val="24"/>
        </w:rPr>
        <w:t>nivel</w:t>
      </w:r>
      <w:proofErr w:type="spellEnd"/>
      <w:r w:rsidRPr="004C7437">
        <w:rPr>
          <w:rFonts w:asciiTheme="minorHAnsi" w:hAnsiTheme="minorHAnsi"/>
          <w:sz w:val="24"/>
          <w:szCs w:val="24"/>
        </w:rPr>
        <w:t xml:space="preserve"> local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lipsa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cadrelor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didactice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menționată</w:t>
      </w:r>
      <w:proofErr w:type="spellEnd"/>
      <w:r w:rsidRPr="004C7437">
        <w:rPr>
          <w:rFonts w:asciiTheme="minorHAnsi" w:hAnsiTheme="minorHAnsi"/>
          <w:sz w:val="24"/>
          <w:szCs w:val="24"/>
        </w:rPr>
        <w:t xml:space="preserve"> de 30,1%. </w:t>
      </w:r>
      <w:proofErr w:type="spellStart"/>
      <w:r w:rsidRPr="004C7437">
        <w:rPr>
          <w:rFonts w:asciiTheme="minorHAnsi" w:hAnsiTheme="minorHAnsi"/>
          <w:sz w:val="24"/>
          <w:szCs w:val="24"/>
        </w:rPr>
        <w:t>Urmează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calitatea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predării</w:t>
      </w:r>
      <w:proofErr w:type="spellEnd"/>
      <w:r w:rsidRPr="004C7437">
        <w:rPr>
          <w:rFonts w:asciiTheme="minorHAnsi" w:hAnsiTheme="minorHAnsi"/>
          <w:sz w:val="24"/>
          <w:szCs w:val="24"/>
        </w:rPr>
        <w:t xml:space="preserve"> (11,4%)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costurile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suportate</w:t>
      </w:r>
      <w:proofErr w:type="spellEnd"/>
      <w:r w:rsidRPr="004C7437">
        <w:rPr>
          <w:rFonts w:asciiTheme="minorHAnsi" w:hAnsiTheme="minorHAnsi"/>
          <w:sz w:val="24"/>
          <w:szCs w:val="24"/>
        </w:rPr>
        <w:t xml:space="preserve"> de </w:t>
      </w:r>
      <w:proofErr w:type="spellStart"/>
      <w:r w:rsidRPr="004C7437">
        <w:rPr>
          <w:rFonts w:asciiTheme="minorHAnsi" w:hAnsiTheme="minorHAnsi"/>
          <w:sz w:val="24"/>
          <w:szCs w:val="24"/>
        </w:rPr>
        <w:t>părinți</w:t>
      </w:r>
      <w:proofErr w:type="spellEnd"/>
      <w:r w:rsidRPr="004C7437">
        <w:rPr>
          <w:rFonts w:asciiTheme="minorHAnsi" w:hAnsiTheme="minorHAnsi"/>
          <w:sz w:val="24"/>
          <w:szCs w:val="24"/>
        </w:rPr>
        <w:t xml:space="preserve"> (10,0%); 16,2%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localitatea</w:t>
      </w:r>
      <w:proofErr w:type="spellEnd"/>
      <w:r w:rsidRPr="004C7437">
        <w:rPr>
          <w:rFonts w:asciiTheme="minorHAnsi" w:hAnsiTheme="minorHAnsi"/>
          <w:sz w:val="24"/>
          <w:szCs w:val="24"/>
        </w:rPr>
        <w:t xml:space="preserve"> lor nu </w:t>
      </w:r>
      <w:proofErr w:type="spellStart"/>
      <w:r w:rsidRPr="004C7437">
        <w:rPr>
          <w:rFonts w:asciiTheme="minorHAnsi" w:hAnsiTheme="minorHAnsi"/>
          <w:sz w:val="24"/>
          <w:szCs w:val="24"/>
        </w:rPr>
        <w:t>există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probleme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educație</w:t>
      </w:r>
      <w:proofErr w:type="spellEnd"/>
      <w:r w:rsidRPr="004C7437">
        <w:rPr>
          <w:rFonts w:asciiTheme="minorHAnsi" w:hAnsiTheme="minorHAnsi"/>
          <w:sz w:val="24"/>
          <w:szCs w:val="24"/>
        </w:rPr>
        <w:t>.</w:t>
      </w:r>
    </w:p>
    <w:p w14:paraId="17FEC12A"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administrației</w:t>
      </w:r>
      <w:proofErr w:type="spellEnd"/>
      <w:r w:rsidRPr="004C7437">
        <w:rPr>
          <w:rFonts w:asciiTheme="minorHAnsi" w:hAnsiTheme="minorHAnsi"/>
          <w:sz w:val="24"/>
          <w:szCs w:val="24"/>
        </w:rPr>
        <w:t xml:space="preserve"> locale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întâmpinată</w:t>
      </w:r>
      <w:proofErr w:type="spellEnd"/>
      <w:r w:rsidRPr="004C7437">
        <w:rPr>
          <w:rFonts w:asciiTheme="minorHAnsi" w:hAnsiTheme="minorHAnsi"/>
          <w:sz w:val="24"/>
          <w:szCs w:val="24"/>
        </w:rPr>
        <w:t xml:space="preserve"> cu </w:t>
      </w:r>
      <w:proofErr w:type="spellStart"/>
      <w:r w:rsidRPr="004C7437">
        <w:rPr>
          <w:rFonts w:asciiTheme="minorHAnsi" w:hAnsiTheme="minorHAnsi"/>
          <w:sz w:val="24"/>
          <w:szCs w:val="24"/>
        </w:rPr>
        <w:t>rezerve</w:t>
      </w:r>
      <w:proofErr w:type="spellEnd"/>
    </w:p>
    <w:p w14:paraId="234539B5" w14:textId="77777777"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administrației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publice</w:t>
      </w:r>
      <w:proofErr w:type="spellEnd"/>
      <w:r w:rsidRPr="004C7437">
        <w:rPr>
          <w:rFonts w:asciiTheme="minorHAnsi" w:hAnsiTheme="minorHAnsi"/>
          <w:sz w:val="24"/>
          <w:szCs w:val="24"/>
        </w:rPr>
        <w:t xml:space="preserve"> locale, </w:t>
      </w:r>
      <w:proofErr w:type="spellStart"/>
      <w:r w:rsidRPr="004C7437">
        <w:rPr>
          <w:rFonts w:asciiTheme="minorHAnsi" w:hAnsiTheme="minorHAnsi"/>
          <w:sz w:val="24"/>
          <w:szCs w:val="24"/>
        </w:rPr>
        <w:t>inclusiv</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amalgamarea</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și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utilă</w:t>
      </w:r>
      <w:proofErr w:type="spellEnd"/>
      <w:r w:rsidRPr="004C7437">
        <w:rPr>
          <w:rFonts w:asciiTheme="minorHAnsi" w:hAnsiTheme="minorHAnsi"/>
          <w:sz w:val="24"/>
          <w:szCs w:val="24"/>
        </w:rPr>
        <w:t xml:space="preserve"> de 20,3% </w:t>
      </w:r>
      <w:proofErr w:type="spellStart"/>
      <w:r w:rsidRPr="004C7437">
        <w:rPr>
          <w:rFonts w:asciiTheme="minorHAnsi" w:hAnsiTheme="minorHAnsi"/>
          <w:sz w:val="24"/>
          <w:szCs w:val="24"/>
        </w:rPr>
        <w:t>dintre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respondenți</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14,5% </w:t>
      </w:r>
      <w:proofErr w:type="spellStart"/>
      <w:r w:rsidRPr="004C7437">
        <w:rPr>
          <w:rFonts w:asciiTheme="minorHAnsi" w:hAnsiTheme="minorHAnsi"/>
          <w:sz w:val="24"/>
          <w:szCs w:val="24"/>
        </w:rPr>
        <w:t>o</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consideră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dar</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insuficient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explicată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În</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schimb</w:t>
      </w:r>
      <w:proofErr w:type="spellEnd"/>
      <w:r w:rsidRPr="004C7437">
        <w:rPr>
          <w:rFonts w:asciiTheme="minorHAnsi" w:hAnsiTheme="minorHAnsi"/>
          <w:sz w:val="24"/>
          <w:szCs w:val="24"/>
        </w:rPr>
        <w:t xml:space="preserve">, 28,0% </w:t>
      </w:r>
      <w:proofErr w:type="spellStart"/>
      <w:r w:rsidRPr="004C7437">
        <w:rPr>
          <w:rFonts w:asciiTheme="minorHAnsi" w:hAnsiTheme="minorHAnsi"/>
          <w:sz w:val="24"/>
          <w:szCs w:val="24"/>
        </w:rPr>
        <w:t>afirmă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reforma</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este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necesară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iar</w:t>
      </w:r>
      <w:proofErr w:type="spellEnd"/>
      <w:r w:rsidRPr="004C7437">
        <w:rPr>
          <w:rFonts w:asciiTheme="minorHAnsi" w:hAnsiTheme="minorHAnsi"/>
          <w:sz w:val="24"/>
          <w:szCs w:val="24"/>
        </w:rPr>
        <w:t xml:space="preserve"> 21,6% </w:t>
      </w:r>
      <w:proofErr w:type="spellStart"/>
      <w:r w:rsidRPr="004C7437">
        <w:rPr>
          <w:rFonts w:asciiTheme="minorHAnsi" w:hAnsiTheme="minorHAnsi"/>
          <w:sz w:val="24"/>
          <w:szCs w:val="24"/>
        </w:rPr>
        <w:t>o</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văd</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drept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riscantă</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pentru</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localitățile</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mici</w:t>
      </w:r>
      <w:proofErr w:type="spellEnd"/>
      <w:r w:rsidRPr="004C7437">
        <w:rPr>
          <w:rFonts w:asciiTheme="minorHAnsi" w:hAnsiTheme="minorHAnsi"/>
          <w:sz w:val="24"/>
          <w:szCs w:val="24"/>
        </w:rPr>
        <w:t xml:space="preserve">. Alte 14,4% spun </w:t>
      </w:r>
      <w:proofErr w:type="spellStart"/>
      <w:r w:rsidRPr="004C7437">
        <w:rPr>
          <w:rFonts w:asciiTheme="minorHAnsi" w:hAnsiTheme="minorHAnsi"/>
          <w:sz w:val="24"/>
          <w:szCs w:val="24"/>
        </w:rPr>
        <w:t>că</w:t>
      </w:r>
      <w:proofErr w:type="spellEnd"/>
      <w:r w:rsidRPr="004C7437">
        <w:rPr>
          <w:rFonts w:asciiTheme="minorHAnsi" w:hAnsiTheme="minorHAnsi"/>
          <w:sz w:val="24"/>
          <w:szCs w:val="24"/>
        </w:rPr>
        <w:t xml:space="preserve"> nu </w:t>
      </w:r>
      <w:proofErr w:type="spellStart"/>
      <w:r w:rsidRPr="004C7437">
        <w:rPr>
          <w:rFonts w:asciiTheme="minorHAnsi" w:hAnsiTheme="minorHAnsi"/>
          <w:sz w:val="24"/>
          <w:szCs w:val="24"/>
        </w:rPr>
        <w:t>cunosc</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suficient</w:t>
      </w:r>
      <w:proofErr w:type="spellEnd"/>
      <w:r w:rsidRPr="004C7437">
        <w:rPr>
          <w:rFonts w:asciiTheme="minorHAnsi" w:hAnsiTheme="minorHAnsi"/>
          <w:sz w:val="24"/>
          <w:szCs w:val="24"/>
        </w:rPr>
        <w:t xml:space="preserve"> </w:t>
      </w:r>
      <w:proofErr w:type="spellStart"/>
      <w:r w:rsidRPr="004C7437">
        <w:rPr>
          <w:rFonts w:asciiTheme="minorHAnsi" w:hAnsiTheme="minorHAnsi"/>
          <w:sz w:val="24"/>
          <w:szCs w:val="24"/>
        </w:rPr>
        <w:t>subiectul</w:t>
      </w:r>
      <w:proofErr w:type="spellEnd"/>
      <w:r w:rsidRPr="004C7437">
        <w:rPr>
          <w:rFonts w:asciiTheme="minorHAnsi" w:hAnsiTheme="minorHAnsi"/>
          <w:sz w:val="24"/>
          <w:szCs w:val="24"/>
        </w:rPr>
        <w:t>.</w:t>
      </w:r>
    </w:p>
    <w:p w14:paraId="31C3993D" w14:textId="77777777" w:rsidR="004D4CFD" w:rsidRPr="004C7437" w:rsidRDefault="00460E31">
      <w:pPr>
        <w:pStyle w:val="Heading2"/>
        <w:rPr>
          <w:rFonts w:asciiTheme="minorHAnsi" w:hAnsiTheme="minorHAnsi"/>
          <w:sz w:val="24"/>
          <w:szCs w:val="24"/>
        </w:rPr>
      </w:pPr>
      <w:proofErr w:type="spellStart"/>
      <w:r w:rsidRPr="004C7437">
        <w:rPr>
          <w:rFonts w:asciiTheme="minorHAnsi" w:hAnsiTheme="minorHAnsi"/>
          <w:sz w:val="24"/>
          <w:szCs w:val="24"/>
        </w:rPr>
        <w:t>Accesul la serviciile publice este principala preocupare privind amalgamarea</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r w:rsidR="00A312B8" w:rsidRPr="004C7437">
        <w:rPr>
          <w:rStyle w:val="CommentReference"/>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p>
    <w:p w14:paraId="37DA93C0" w14:textId="43A9C8C5" w:rsidR="004D4CFD" w:rsidRPr="004C7437" w:rsidRDefault="00460E31">
      <w:pPr>
        <w:jc w:val="both"/>
        <w:rPr>
          <w:rFonts w:asciiTheme="minorHAnsi" w:hAnsiTheme="minorHAnsi"/>
          <w:sz w:val="24"/>
          <w:szCs w:val="24"/>
        </w:rPr>
      </w:pPr>
      <w:proofErr w:type="spellStart"/>
      <w:r w:rsidRPr="004C7437">
        <w:rPr>
          <w:rFonts w:asciiTheme="minorHAnsi" w:hAnsiTheme="minorHAnsi"/>
          <w:sz w:val="24"/>
          <w:szCs w:val="24"/>
        </w:rPr>
        <w:t>Cea mai frecventă preocupare este accesul mai dificil la primărie și la serviciile publice, menționat de 23,6% dintre respondenți. Urmează reducerea locurilor de muncă (16,4%), pierderea identității localității (15,9%) și lipsa transportului (7,7%). În același timp, 21,6% spun că nu au preocupări legate de reformă, iar 7,0% indică drept posibil rezultat servicii mai eficiente.</w:t>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roofErr w:type="spellStart"/>
      <w:r w:rsidRPr="004C7437">
        <w:rPr>
          <w:rFonts w:asciiTheme="minorHAnsi" w:hAnsiTheme="minorHAnsi"/>
          <w:sz w:val="24"/>
          <w:szCs w:val="24"/>
        </w:rPr>
      </w:r>
      <w:proofErr w:type="spellEnd"/>
      <w:r w:rsidRPr="004C7437">
        <w:rPr>
          <w:rFonts w:asciiTheme="minorHAnsi" w:hAnsiTheme="minorHAnsi"/>
          <w:sz w:val="24"/>
          <w:szCs w:val="24"/>
        </w:rPr>
      </w:r>
    </w:p>
    <w:p w14:paraId="07B80385" w14:textId="762403D4" w:rsidR="0031052E" w:rsidRPr="0031052E" w:rsidRDefault="0031052E" w:rsidP="0031052E">
      <w:pPr>
        <w:pStyle w:val="isselectedend"/>
        <w:jc w:val="both"/>
        <w:rPr>
          <w:i/>
          <w:iCs/>
        </w:rPr>
      </w:pPr>
      <w:r w:rsidRPr="0031052E">
        <w:rPr>
          <w:i/>
          <w:iCs/>
        </w:rPr>
        <w:t xml:space="preserve">Barometrul Opiniei Publice 2026 este realizat de </w:t>
      </w:r>
      <w:r w:rsidRPr="0031052E">
        <w:rPr>
          <w:rStyle w:val="Strong"/>
          <w:i/>
          <w:iCs/>
        </w:rPr>
        <w:t>Institutul de Politici Publice</w:t>
      </w:r>
      <w:r w:rsidRPr="0031052E">
        <w:rPr>
          <w:i/>
          <w:iCs/>
        </w:rPr>
        <w:t xml:space="preserve">, iar datele au fost colectate și procesate de </w:t>
      </w:r>
      <w:r w:rsidRPr="0031052E">
        <w:rPr>
          <w:rStyle w:val="Strong"/>
          <w:i/>
          <w:iCs/>
        </w:rPr>
        <w:t xml:space="preserve">ATES </w:t>
      </w:r>
      <w:proofErr w:type="spellStart"/>
      <w:r w:rsidRPr="0031052E">
        <w:rPr>
          <w:rStyle w:val="Strong"/>
          <w:i/>
          <w:iCs/>
        </w:rPr>
        <w:t>Research</w:t>
      </w:r>
      <w:proofErr w:type="spellEnd"/>
      <w:r w:rsidRPr="0031052E">
        <w:rPr>
          <w:rStyle w:val="Strong"/>
          <w:i/>
          <w:iCs/>
        </w:rPr>
        <w:t xml:space="preserve"> Group</w:t>
      </w:r>
      <w:r w:rsidRPr="0031052E">
        <w:rPr>
          <w:i/>
          <w:iCs/>
        </w:rPr>
        <w:t xml:space="preserve">, la prima colaborare cu IPP. Sondajul a fost efectuat în septembrie 2026, pe un eșantion de </w:t>
      </w:r>
      <w:r w:rsidRPr="0031052E">
        <w:rPr>
          <w:rStyle w:val="Strong"/>
          <w:i/>
          <w:iCs/>
        </w:rPr>
        <w:t>1.116 persoane</w:t>
      </w:r>
      <w:r w:rsidRPr="0031052E">
        <w:rPr>
          <w:i/>
          <w:iCs/>
        </w:rPr>
        <w:t xml:space="preserve">, reprezentativ pentru populația adultă a Republicii Moldova, cu excepția regiunii transnistrene. </w:t>
      </w:r>
      <w:r w:rsidRPr="0031052E">
        <w:rPr>
          <w:rStyle w:val="Strong"/>
          <w:i/>
          <w:iCs/>
        </w:rPr>
        <w:t xml:space="preserve">Marja maximă de eroare este de ±2,9%. </w:t>
      </w:r>
      <w:r w:rsidRPr="0031052E">
        <w:rPr>
          <w:i/>
          <w:iCs/>
        </w:rPr>
        <w:t xml:space="preserve">Cea de-a 47-a ediție a Barometrului Opiniei Publice a fost realizată cu sprijinul financiar al </w:t>
      </w:r>
      <w:r w:rsidRPr="0031052E">
        <w:rPr>
          <w:rStyle w:val="Strong"/>
          <w:i/>
          <w:iCs/>
        </w:rPr>
        <w:t>Fundației Soros Moldova</w:t>
      </w:r>
      <w:r w:rsidRPr="0031052E">
        <w:rPr>
          <w:i/>
          <w:iCs/>
        </w:rPr>
        <w:t xml:space="preserve">. Cercetarea poate fi consultată pe </w:t>
      </w:r>
      <w:hyperlink r:id="rId13" w:history="1">
        <w:r w:rsidRPr="0031052E">
          <w:rPr>
            <w:rStyle w:val="Hyperlink"/>
            <w:i/>
            <w:iCs/>
          </w:rPr>
          <w:t>bop.ipp.md</w:t>
        </w:r>
      </w:hyperlink>
      <w:r w:rsidRPr="0031052E">
        <w:rPr>
          <w:i/>
          <w:iCs/>
        </w:rPr>
        <w:t xml:space="preserve"> și </w:t>
      </w:r>
      <w:hyperlink r:id="rId14" w:history="1">
        <w:r w:rsidRPr="0031052E">
          <w:rPr>
            <w:rStyle w:val="Hyperlink"/>
            <w:i/>
            <w:iCs/>
          </w:rPr>
          <w:t>ipp.md</w:t>
        </w:r>
      </w:hyperlink>
      <w:r w:rsidRPr="0031052E">
        <w:rPr>
          <w:i/>
          <w:iCs/>
        </w:rPr>
        <w:t>.</w:t>
      </w:r>
    </w:p>
    <w:p w14:paraId="66095550" w14:textId="5A7766A2" w:rsidR="00576014" w:rsidRPr="004C7437" w:rsidRDefault="00576014" w:rsidP="0031052E">
      <w:pPr>
        <w:spacing w:line="276" w:lineRule="auto"/>
        <w:jc w:val="both"/>
        <w:rPr>
          <w:rFonts w:asciiTheme="minorHAnsi" w:hAnsiTheme="minorHAnsi" w:cs="Arial"/>
          <w:i/>
          <w:iCs/>
          <w:sz w:val="24"/>
          <w:szCs w:val="24"/>
        </w:rPr>
      </w:pPr>
    </w:p>
    <w:sectPr w:rsidR="00576014" w:rsidRPr="004C7437" w:rsidSect="00034616">
      <w:footerReference w:type="default" r:id="rId15"/>
      <w:pgSz w:w="11906" w:h="16838"/>
      <w:pgMar w:top="1077" w:right="1247" w:bottom="1958"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57D82" w14:textId="77777777" w:rsidR="00F34F01" w:rsidRDefault="00F34F01" w:rsidP="00576014">
      <w:pPr>
        <w:spacing w:after="0" w:line="240" w:lineRule="auto"/>
      </w:pPr>
      <w:r>
        <w:separator/>
      </w:r>
    </w:p>
  </w:endnote>
  <w:endnote w:type="continuationSeparator" w:id="0">
    <w:p w14:paraId="325B11F2" w14:textId="77777777" w:rsidR="00F34F01" w:rsidRDefault="00F34F01" w:rsidP="0057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1057" w14:textId="531744EC" w:rsidR="00576014" w:rsidRDefault="00576014">
    <w:pPr>
      <w:pStyle w:val="Footer"/>
    </w:pPr>
    <w:r>
      <w:rPr>
        <w:noProof/>
      </w:rPr>
      <w:drawing>
        <wp:anchor distT="0" distB="0" distL="114300" distR="114300" simplePos="0" relativeHeight="251658240" behindDoc="0" locked="0" layoutInCell="1" allowOverlap="1" wp14:anchorId="68373479" wp14:editId="157FCF6C">
          <wp:simplePos x="0" y="0"/>
          <wp:positionH relativeFrom="column">
            <wp:posOffset>-791845</wp:posOffset>
          </wp:positionH>
          <wp:positionV relativeFrom="paragraph">
            <wp:posOffset>-337185</wp:posOffset>
          </wp:positionV>
          <wp:extent cx="7543800" cy="933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0C4D0" w14:textId="77777777" w:rsidR="00F34F01" w:rsidRDefault="00F34F01" w:rsidP="00576014">
      <w:pPr>
        <w:spacing w:after="0" w:line="240" w:lineRule="auto"/>
      </w:pPr>
      <w:r>
        <w:separator/>
      </w:r>
    </w:p>
  </w:footnote>
  <w:footnote w:type="continuationSeparator" w:id="0">
    <w:p w14:paraId="0017EDC3" w14:textId="77777777" w:rsidR="00F34F01" w:rsidRDefault="00F34F01" w:rsidP="005760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A29"/>
    <w:rsid w:val="0015074B"/>
    <w:rsid w:val="00280D4B"/>
    <w:rsid w:val="0029639D"/>
    <w:rsid w:val="0031052E"/>
    <w:rsid w:val="00326F90"/>
    <w:rsid w:val="00391D5A"/>
    <w:rsid w:val="003C4980"/>
    <w:rsid w:val="00460E31"/>
    <w:rsid w:val="004C7437"/>
    <w:rsid w:val="004D4CFD"/>
    <w:rsid w:val="00576014"/>
    <w:rsid w:val="006774F1"/>
    <w:rsid w:val="007612C7"/>
    <w:rsid w:val="00811495"/>
    <w:rsid w:val="00836A4D"/>
    <w:rsid w:val="008F3F31"/>
    <w:rsid w:val="009B47DA"/>
    <w:rsid w:val="00A312B8"/>
    <w:rsid w:val="00AA1D8D"/>
    <w:rsid w:val="00B47730"/>
    <w:rsid w:val="00C22C4A"/>
    <w:rsid w:val="00CB0664"/>
    <w:rsid w:val="00CB432A"/>
    <w:rsid w:val="00D1783D"/>
    <w:rsid w:val="00F34F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B91AC9"/>
  <w14:defaultImageDpi w14:val="300"/>
  <w15:docId w15:val="{1D335A3F-AC5B-4539-B7B5-966B863A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40" w:after="60"/>
      <w:outlineLvl w:val="0"/>
    </w:pPr>
    <w:rPr>
      <w:rFonts w:asciiTheme="majorHAnsi" w:eastAsiaTheme="majorEastAsia" w:hAnsiTheme="majorHAnsi" w:cstheme="majorBidi"/>
      <w:b/>
      <w:bCs/>
      <w:color w:val="1F4E79"/>
      <w:sz w:val="23"/>
      <w:szCs w:val="28"/>
    </w:rPr>
  </w:style>
  <w:style w:type="paragraph" w:styleId="Heading2">
    <w:name w:val="heading 2"/>
    <w:basedOn w:val="Normal"/>
    <w:next w:val="Normal"/>
    <w:link w:val="Heading2Char"/>
    <w:uiPriority w:val="9"/>
    <w:unhideWhenUsed/>
    <w:qFormat/>
    <w:rsid w:val="00FC693F"/>
    <w:pPr>
      <w:keepNext/>
      <w:keepLines/>
      <w:spacing w:before="120" w:after="20"/>
      <w:outlineLvl w:val="1"/>
    </w:pPr>
    <w:rPr>
      <w:rFonts w:asciiTheme="majorHAnsi" w:eastAsiaTheme="majorEastAsia" w:hAnsiTheme="majorHAnsi" w:cstheme="majorBidi"/>
      <w:b/>
      <w:bCs/>
      <w:color w:val="9C461F"/>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76014"/>
    <w:rPr>
      <w:color w:val="0000FF"/>
      <w:u w:val="single"/>
    </w:rPr>
  </w:style>
  <w:style w:type="character" w:styleId="CommentReference">
    <w:name w:val="annotation reference"/>
    <w:basedOn w:val="DefaultParagraphFont"/>
    <w:uiPriority w:val="99"/>
    <w:semiHidden/>
    <w:unhideWhenUsed/>
    <w:rsid w:val="008F3F31"/>
    <w:rPr>
      <w:sz w:val="16"/>
      <w:szCs w:val="16"/>
    </w:rPr>
  </w:style>
  <w:style w:type="paragraph" w:styleId="CommentText">
    <w:name w:val="annotation text"/>
    <w:basedOn w:val="Normal"/>
    <w:link w:val="CommentTextChar"/>
    <w:uiPriority w:val="99"/>
    <w:semiHidden/>
    <w:unhideWhenUsed/>
    <w:rsid w:val="008F3F31"/>
    <w:pPr>
      <w:spacing w:line="240" w:lineRule="auto"/>
    </w:pPr>
    <w:rPr>
      <w:sz w:val="20"/>
      <w:szCs w:val="20"/>
    </w:rPr>
  </w:style>
  <w:style w:type="character" w:customStyle="1" w:styleId="CommentTextChar">
    <w:name w:val="Comment Text Char"/>
    <w:basedOn w:val="DefaultParagraphFont"/>
    <w:link w:val="CommentText"/>
    <w:uiPriority w:val="99"/>
    <w:semiHidden/>
    <w:rsid w:val="008F3F3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3F31"/>
    <w:rPr>
      <w:b/>
      <w:bCs/>
    </w:rPr>
  </w:style>
  <w:style w:type="character" w:customStyle="1" w:styleId="CommentSubjectChar">
    <w:name w:val="Comment Subject Char"/>
    <w:basedOn w:val="CommentTextChar"/>
    <w:link w:val="CommentSubject"/>
    <w:uiPriority w:val="99"/>
    <w:semiHidden/>
    <w:rsid w:val="008F3F31"/>
    <w:rPr>
      <w:rFonts w:ascii="Arial" w:hAnsi="Arial"/>
      <w:b/>
      <w:bCs/>
      <w:sz w:val="20"/>
      <w:szCs w:val="20"/>
    </w:rPr>
  </w:style>
  <w:style w:type="character" w:styleId="UnresolvedMention">
    <w:name w:val="Unresolved Mention"/>
    <w:basedOn w:val="DefaultParagraphFont"/>
    <w:uiPriority w:val="99"/>
    <w:semiHidden/>
    <w:unhideWhenUsed/>
    <w:rsid w:val="0031052E"/>
    <w:rPr>
      <w:color w:val="605E5C"/>
      <w:shd w:val="clear" w:color="auto" w:fill="E1DFDD"/>
    </w:rPr>
  </w:style>
  <w:style w:type="paragraph" w:customStyle="1" w:styleId="isselectedend">
    <w:name w:val="isselectedend"/>
    <w:basedOn w:val="Normal"/>
    <w:rsid w:val="0031052E"/>
    <w:pPr>
      <w:spacing w:before="100" w:beforeAutospacing="1" w:afterAutospacing="1" w:line="240" w:lineRule="auto"/>
    </w:pPr>
    <w:rPr>
      <w:rFonts w:ascii="Times New Roman" w:eastAsia="Times New Roman" w:hAnsi="Times New Roman" w:cs="Times New Roman"/>
      <w:sz w:val="24"/>
      <w:szCs w:val="24"/>
      <w:lang w:val="ro-RO" w:eastAsia="ro-RO"/>
    </w:rPr>
  </w:style>
  <w:style w:type="paragraph" w:styleId="NormalWeb">
    <w:name w:val="Normal (Web)"/>
    <w:basedOn w:val="Normal"/>
    <w:uiPriority w:val="99"/>
    <w:semiHidden/>
    <w:unhideWhenUsed/>
    <w:rsid w:val="0031052E"/>
    <w:pPr>
      <w:spacing w:before="100" w:beforeAutospacing="1"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4971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op.ipp.m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hyperlink" Target="https://ipp.md"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2883</Words>
  <Characters>16726</Characters>
  <Application>Microsoft Office Word</Application>
  <DocSecurity>0</DocSecurity>
  <Lines>139</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Barometrul Opiniei Publice - rezultate principale</vt:lpstr>
      <vt:lpstr>Barometrul Opiniei Publice - rezultate principale</vt:lpstr>
    </vt:vector>
  </TitlesOfParts>
  <Manager/>
  <Company/>
  <LinksUpToDate>false</LinksUpToDate>
  <CharactersWithSpaces>19570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Barometrul Opiniei Publice - rezultate principale</dc:title>
  <dc:subject>Analiza tematică a frecvențelor</dc:subject>
  <dc:creator>Institutul de Politici Publice</dc:creator>
  <cp:keywords/>
  <dc:description>generated by python-docx</dc:description>
  <cp:lastModifiedBy>Alla Codreanu</cp:lastModifiedBy>
  <cp:revision>7</cp:revision>
  <dcterms:created xsi:type="dcterms:W3CDTF">2026-09-24T08:49:00Z</dcterms:created>
  <dcterms:modified xsi:type="dcterms:W3CDTF">2026-09-24T09:13:00Z</dcterms:modified>
  <cp:category/>
</cp:coreProperties>
</file>